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B0" w:rsidRPr="000D0CB0" w:rsidRDefault="000D0CB0" w:rsidP="000D0CB0">
      <w:pPr>
        <w:rPr>
          <w:b/>
          <w:sz w:val="30"/>
          <w:lang/>
        </w:rPr>
      </w:pPr>
      <w:r>
        <w:rPr>
          <w:rFonts w:cs="Arial"/>
          <w:lang w:val="sr-Cyrl-CS"/>
        </w:rPr>
        <w:tab/>
      </w:r>
      <w:proofErr w:type="spellStart"/>
      <w:proofErr w:type="gramStart"/>
      <w:r w:rsidRPr="00C52A00">
        <w:rPr>
          <w:rFonts w:eastAsia="Times New Roman" w:cs="Arial"/>
        </w:rPr>
        <w:t>На</w:t>
      </w:r>
      <w:proofErr w:type="spellEnd"/>
      <w:r w:rsidRPr="00C52A00">
        <w:rPr>
          <w:rFonts w:eastAsia="Times New Roman" w:cs="Arial"/>
        </w:rPr>
        <w:t xml:space="preserve"> </w:t>
      </w:r>
      <w:proofErr w:type="spellStart"/>
      <w:r w:rsidRPr="00C52A00">
        <w:rPr>
          <w:rFonts w:eastAsia="Times New Roman" w:cs="Arial"/>
        </w:rPr>
        <w:t>основу</w:t>
      </w:r>
      <w:proofErr w:type="spellEnd"/>
      <w:r w:rsidRPr="00C52A00">
        <w:rPr>
          <w:rFonts w:eastAsia="Times New Roman" w:cs="Arial"/>
        </w:rPr>
        <w:t xml:space="preserve"> </w:t>
      </w:r>
      <w:proofErr w:type="spellStart"/>
      <w:r w:rsidRPr="00C52A00">
        <w:rPr>
          <w:rFonts w:eastAsia="Times New Roman" w:cs="Arial"/>
        </w:rPr>
        <w:t>члана</w:t>
      </w:r>
      <w:proofErr w:type="spellEnd"/>
      <w:r w:rsidRPr="00C52A00">
        <w:rPr>
          <w:rFonts w:eastAsia="Times New Roman" w:cs="Arial"/>
        </w:rPr>
        <w:t xml:space="preserve"> </w:t>
      </w:r>
      <w:r w:rsidRPr="00C52A00">
        <w:rPr>
          <w:rFonts w:eastAsia="Times New Roman" w:cs="Arial"/>
          <w:color w:val="000000"/>
        </w:rPr>
        <w:t>126.</w:t>
      </w:r>
      <w:proofErr w:type="gramEnd"/>
      <w:r w:rsidRPr="00C52A00">
        <w:rPr>
          <w:rFonts w:eastAsia="Times New Roman" w:cs="Arial"/>
          <w:color w:val="000000"/>
        </w:rPr>
        <w:t xml:space="preserve"> </w:t>
      </w:r>
      <w:proofErr w:type="spellStart"/>
      <w:proofErr w:type="gramStart"/>
      <w:r w:rsidRPr="00C52A00">
        <w:rPr>
          <w:rFonts w:eastAsia="Times New Roman" w:cs="Arial"/>
          <w:color w:val="000000"/>
        </w:rPr>
        <w:t>став</w:t>
      </w:r>
      <w:proofErr w:type="spellEnd"/>
      <w:proofErr w:type="gramEnd"/>
      <w:r w:rsidRPr="00C52A00">
        <w:rPr>
          <w:rFonts w:eastAsia="Times New Roman" w:cs="Arial"/>
          <w:color w:val="000000"/>
        </w:rPr>
        <w:t xml:space="preserve"> 4. </w:t>
      </w:r>
      <w:proofErr w:type="spellStart"/>
      <w:proofErr w:type="gramStart"/>
      <w:r w:rsidRPr="00C52A00">
        <w:rPr>
          <w:rFonts w:eastAsia="Times New Roman" w:cs="Arial"/>
          <w:color w:val="000000"/>
        </w:rPr>
        <w:t>тачка</w:t>
      </w:r>
      <w:proofErr w:type="spellEnd"/>
      <w:proofErr w:type="gramEnd"/>
      <w:r w:rsidRPr="00C52A00">
        <w:rPr>
          <w:rFonts w:eastAsia="Times New Roman" w:cs="Arial"/>
          <w:color w:val="000000"/>
        </w:rPr>
        <w:t xml:space="preserve"> 18. </w:t>
      </w:r>
      <w:proofErr w:type="spellStart"/>
      <w:r w:rsidRPr="00C52A00">
        <w:rPr>
          <w:rFonts w:eastAsia="Times New Roman" w:cs="Arial"/>
          <w:color w:val="000000"/>
        </w:rPr>
        <w:t>Закона</w:t>
      </w:r>
      <w:proofErr w:type="spellEnd"/>
      <w:r w:rsidRPr="00C52A00">
        <w:rPr>
          <w:rFonts w:eastAsia="Times New Roman" w:cs="Arial"/>
          <w:color w:val="000000"/>
        </w:rPr>
        <w:t xml:space="preserve"> о </w:t>
      </w:r>
      <w:proofErr w:type="spellStart"/>
      <w:r w:rsidRPr="00C52A00">
        <w:rPr>
          <w:rFonts w:eastAsia="Times New Roman" w:cs="Arial"/>
          <w:color w:val="000000"/>
        </w:rPr>
        <w:t>основама</w:t>
      </w:r>
      <w:proofErr w:type="spellEnd"/>
      <w:r w:rsidRPr="00C52A00">
        <w:rPr>
          <w:rFonts w:eastAsia="Times New Roman" w:cs="Arial"/>
          <w:color w:val="000000"/>
        </w:rPr>
        <w:t xml:space="preserve"> </w:t>
      </w:r>
      <w:proofErr w:type="spellStart"/>
      <w:r w:rsidRPr="00C52A00">
        <w:rPr>
          <w:rFonts w:eastAsia="Times New Roman" w:cs="Arial"/>
          <w:color w:val="000000"/>
        </w:rPr>
        <w:t>система</w:t>
      </w:r>
      <w:proofErr w:type="spellEnd"/>
      <w:r w:rsidRPr="00C52A00">
        <w:rPr>
          <w:rFonts w:eastAsia="Times New Roman" w:cs="Arial"/>
          <w:color w:val="000000"/>
        </w:rPr>
        <w:t xml:space="preserve"> </w:t>
      </w:r>
      <w:proofErr w:type="spellStart"/>
      <w:r w:rsidRPr="00C52A00">
        <w:rPr>
          <w:rFonts w:eastAsia="Times New Roman" w:cs="Arial"/>
          <w:color w:val="000000"/>
        </w:rPr>
        <w:t>образовања</w:t>
      </w:r>
      <w:proofErr w:type="spellEnd"/>
      <w:r w:rsidRPr="00C52A00">
        <w:rPr>
          <w:rFonts w:eastAsia="Times New Roman" w:cs="Arial"/>
          <w:color w:val="000000"/>
        </w:rPr>
        <w:t xml:space="preserve"> и </w:t>
      </w:r>
      <w:proofErr w:type="spellStart"/>
      <w:r w:rsidRPr="00C52A00">
        <w:rPr>
          <w:rFonts w:eastAsia="Times New Roman" w:cs="Arial"/>
          <w:color w:val="000000"/>
        </w:rPr>
        <w:t>васпитања</w:t>
      </w:r>
      <w:proofErr w:type="spellEnd"/>
      <w:r w:rsidRPr="00C52A00">
        <w:rPr>
          <w:rFonts w:eastAsia="Times New Roman" w:cs="Arial"/>
          <w:color w:val="000000"/>
        </w:rPr>
        <w:t xml:space="preserve"> ("</w:t>
      </w:r>
      <w:proofErr w:type="spellStart"/>
      <w:r w:rsidRPr="00C52A00">
        <w:rPr>
          <w:rFonts w:eastAsia="Times New Roman" w:cs="Arial"/>
          <w:color w:val="000000"/>
        </w:rPr>
        <w:t>Сл</w:t>
      </w:r>
      <w:proofErr w:type="spellEnd"/>
      <w:r w:rsidRPr="00C52A00">
        <w:rPr>
          <w:rFonts w:eastAsia="Times New Roman" w:cs="Arial"/>
          <w:color w:val="000000"/>
        </w:rPr>
        <w:t xml:space="preserve">. </w:t>
      </w:r>
      <w:proofErr w:type="spellStart"/>
      <w:r w:rsidRPr="00C52A00">
        <w:rPr>
          <w:rFonts w:eastAsia="Times New Roman" w:cs="Arial"/>
          <w:color w:val="000000"/>
        </w:rPr>
        <w:t>гласник</w:t>
      </w:r>
      <w:proofErr w:type="spellEnd"/>
      <w:r w:rsidRPr="00C52A00">
        <w:rPr>
          <w:rFonts w:eastAsia="Times New Roman" w:cs="Arial"/>
          <w:color w:val="000000"/>
        </w:rPr>
        <w:t xml:space="preserve"> РС", </w:t>
      </w:r>
      <w:proofErr w:type="spellStart"/>
      <w:r w:rsidRPr="00C52A00">
        <w:rPr>
          <w:rFonts w:eastAsia="Times New Roman" w:cs="Arial"/>
          <w:color w:val="000000"/>
        </w:rPr>
        <w:t>бр</w:t>
      </w:r>
      <w:proofErr w:type="spellEnd"/>
      <w:r w:rsidRPr="00C52A00">
        <w:rPr>
          <w:rFonts w:eastAsia="Times New Roman" w:cs="Arial"/>
          <w:color w:val="000000"/>
        </w:rPr>
        <w:t xml:space="preserve">. </w:t>
      </w:r>
      <w:r w:rsidRPr="00C52A00">
        <w:rPr>
          <w:rFonts w:eastAsia="Times New Roman" w:cs="Arial"/>
        </w:rPr>
        <w:t>88/2017, 28/2018-др.закон, 10/2019</w:t>
      </w:r>
      <w:r>
        <w:rPr>
          <w:rFonts w:eastAsia="Times New Roman" w:cs="Arial"/>
        </w:rPr>
        <w:t>,</w:t>
      </w:r>
      <w:r w:rsidRPr="00C52A00">
        <w:rPr>
          <w:rFonts w:eastAsia="Times New Roman" w:cs="Arial"/>
        </w:rPr>
        <w:t xml:space="preserve"> 6/2020</w:t>
      </w:r>
      <w:proofErr w:type="gramStart"/>
      <w:r>
        <w:rPr>
          <w:rFonts w:eastAsia="Times New Roman" w:cs="Arial"/>
        </w:rPr>
        <w:t>,129</w:t>
      </w:r>
      <w:proofErr w:type="gramEnd"/>
      <w:r>
        <w:rPr>
          <w:rFonts w:eastAsia="Times New Roman" w:cs="Arial"/>
        </w:rPr>
        <w:t>/2021,92/2023,19/2025</w:t>
      </w:r>
      <w:r w:rsidR="009A0FB9">
        <w:rPr>
          <w:rFonts w:eastAsia="Times New Roman" w:cs="Arial"/>
          <w:lang/>
        </w:rPr>
        <w:t>-даље Закон</w:t>
      </w:r>
      <w:r w:rsidRPr="00C52A00">
        <w:rPr>
          <w:rFonts w:eastAsia="Times New Roman" w:cs="Arial"/>
          <w:color w:val="000000"/>
        </w:rPr>
        <w:t>)</w:t>
      </w:r>
      <w:r>
        <w:rPr>
          <w:rFonts w:eastAsia="Times New Roman" w:cs="Arial"/>
          <w:color w:val="000000"/>
          <w:lang/>
        </w:rPr>
        <w:t>, члана 65. Статута ОШ „Живомир Савковић“ из Ковачевца, а у вези са одредбама Правила понашања у ОШ „Живомир Савковић“ из Ковачевца, директор школе доноси:</w:t>
      </w:r>
    </w:p>
    <w:p w:rsidR="00E05F6D" w:rsidRDefault="00CA0E37">
      <w:pPr>
        <w:jc w:val="center"/>
      </w:pPr>
      <w:r>
        <w:rPr>
          <w:b/>
          <w:sz w:val="30"/>
        </w:rPr>
        <w:t>ПРАВИЛА ПОНАШАЊА ПОМОЋНОГ ОСОБЉА У ШКОЛИ</w:t>
      </w:r>
    </w:p>
    <w:p w:rsidR="00E05F6D" w:rsidRDefault="00CA0E37">
      <w:r>
        <w:rPr>
          <w:b/>
          <w:sz w:val="24"/>
        </w:rPr>
        <w:t xml:space="preserve">1. </w:t>
      </w:r>
      <w:proofErr w:type="spellStart"/>
      <w:r>
        <w:rPr>
          <w:b/>
          <w:sz w:val="24"/>
        </w:rPr>
        <w:t>Однос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према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ученицима</w:t>
      </w:r>
      <w:proofErr w:type="spellEnd"/>
    </w:p>
    <w:p w:rsidR="00E05F6D" w:rsidRDefault="00CA0E37">
      <w:pPr>
        <w:pStyle w:val="ListBullet"/>
      </w:pPr>
      <w:proofErr w:type="spellStart"/>
      <w:r>
        <w:t>Према</w:t>
      </w:r>
      <w:proofErr w:type="spellEnd"/>
      <w:r>
        <w:t xml:space="preserve">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љубазно</w:t>
      </w:r>
      <w:proofErr w:type="spellEnd"/>
      <w:r>
        <w:t xml:space="preserve">, </w:t>
      </w:r>
      <w:proofErr w:type="spellStart"/>
      <w:r>
        <w:t>стрпљиво</w:t>
      </w:r>
      <w:proofErr w:type="spellEnd"/>
      <w:r>
        <w:t xml:space="preserve">, </w:t>
      </w:r>
      <w:proofErr w:type="spellStart"/>
      <w:r>
        <w:t>професионално</w:t>
      </w:r>
      <w:proofErr w:type="spellEnd"/>
      <w:r>
        <w:t xml:space="preserve">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поштовањем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Забрањено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викање</w:t>
      </w:r>
      <w:proofErr w:type="spellEnd"/>
      <w:r>
        <w:t xml:space="preserve">, </w:t>
      </w:r>
      <w:proofErr w:type="spellStart"/>
      <w:r>
        <w:t>вређање</w:t>
      </w:r>
      <w:proofErr w:type="spellEnd"/>
      <w:r>
        <w:t xml:space="preserve">, </w:t>
      </w:r>
      <w:proofErr w:type="spellStart"/>
      <w:r>
        <w:t>исмевање</w:t>
      </w:r>
      <w:proofErr w:type="spellEnd"/>
      <w:r>
        <w:t xml:space="preserve">, </w:t>
      </w:r>
      <w:proofErr w:type="spellStart"/>
      <w:r>
        <w:t>претње</w:t>
      </w:r>
      <w:proofErr w:type="spellEnd"/>
      <w:r>
        <w:t xml:space="preserve">, </w:t>
      </w:r>
      <w:proofErr w:type="spellStart"/>
      <w:r>
        <w:t>омаловажавање</w:t>
      </w:r>
      <w:proofErr w:type="spellEnd"/>
      <w:r>
        <w:t xml:space="preserve"> и </w:t>
      </w:r>
      <w:proofErr w:type="spellStart"/>
      <w:r>
        <w:t>сваки</w:t>
      </w:r>
      <w:proofErr w:type="spellEnd"/>
      <w:r>
        <w:t xml:space="preserve"> </w:t>
      </w:r>
      <w:proofErr w:type="spellStart"/>
      <w:r>
        <w:t>други</w:t>
      </w:r>
      <w:proofErr w:type="spellEnd"/>
      <w:r>
        <w:t xml:space="preserve"> </w:t>
      </w:r>
      <w:proofErr w:type="spellStart"/>
      <w:r>
        <w:t>облик</w:t>
      </w:r>
      <w:proofErr w:type="spellEnd"/>
      <w:r>
        <w:t xml:space="preserve"> </w:t>
      </w:r>
      <w:proofErr w:type="spellStart"/>
      <w:r>
        <w:t>непримереног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Ученик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сме</w:t>
      </w:r>
      <w:proofErr w:type="spellEnd"/>
      <w:r>
        <w:t xml:space="preserve"> </w:t>
      </w:r>
      <w:proofErr w:type="spellStart"/>
      <w:r>
        <w:t>дискриминисати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ком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>.</w:t>
      </w:r>
    </w:p>
    <w:p w:rsidR="00E05F6D" w:rsidRDefault="00CA0E37">
      <w:pPr>
        <w:pStyle w:val="ListBullet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неприхватљивог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решава</w:t>
      </w:r>
      <w:proofErr w:type="spellEnd"/>
      <w:r>
        <w:t xml:space="preserve"> </w:t>
      </w:r>
      <w:proofErr w:type="spellStart"/>
      <w:r>
        <w:t>проблем</w:t>
      </w:r>
      <w:proofErr w:type="spellEnd"/>
      <w:r>
        <w:t xml:space="preserve"> </w:t>
      </w:r>
      <w:proofErr w:type="spellStart"/>
      <w:r>
        <w:t>самостално</w:t>
      </w:r>
      <w:proofErr w:type="spellEnd"/>
      <w:r>
        <w:t xml:space="preserve"> </w:t>
      </w:r>
      <w:proofErr w:type="spellStart"/>
      <w:r>
        <w:t>применом</w:t>
      </w:r>
      <w:proofErr w:type="spellEnd"/>
      <w:r>
        <w:t xml:space="preserve"> </w:t>
      </w:r>
      <w:proofErr w:type="spellStart"/>
      <w:r>
        <w:t>казне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физичке</w:t>
      </w:r>
      <w:proofErr w:type="spellEnd"/>
      <w:r>
        <w:t xml:space="preserve"> </w:t>
      </w:r>
      <w:proofErr w:type="spellStart"/>
      <w:r>
        <w:t>силе</w:t>
      </w:r>
      <w:proofErr w:type="spellEnd"/>
      <w:r>
        <w:t xml:space="preserve">, </w:t>
      </w:r>
      <w:proofErr w:type="spellStart"/>
      <w:r>
        <w:t>већ</w:t>
      </w:r>
      <w:proofErr w:type="spellEnd"/>
      <w:r>
        <w:t xml:space="preserve"> </w:t>
      </w:r>
      <w:proofErr w:type="spellStart"/>
      <w:r>
        <w:t>обавештава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одељењског</w:t>
      </w:r>
      <w:proofErr w:type="spellEnd"/>
      <w:r>
        <w:t xml:space="preserve"> </w:t>
      </w:r>
      <w:proofErr w:type="spellStart"/>
      <w:r>
        <w:t>старешину</w:t>
      </w:r>
      <w:proofErr w:type="spellEnd"/>
      <w:r>
        <w:t xml:space="preserve">, </w:t>
      </w:r>
      <w:proofErr w:type="spellStart"/>
      <w:r>
        <w:t>стручну</w:t>
      </w:r>
      <w:proofErr w:type="spellEnd"/>
      <w:r>
        <w:t xml:space="preserve"> </w:t>
      </w:r>
      <w:proofErr w:type="spellStart"/>
      <w:r>
        <w:t>службу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Свака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пријавити</w:t>
      </w:r>
      <w:proofErr w:type="spellEnd"/>
      <w:r>
        <w:t xml:space="preserve"> </w:t>
      </w:r>
      <w:proofErr w:type="spellStart"/>
      <w:r>
        <w:t>одговорном</w:t>
      </w:r>
      <w:proofErr w:type="spellEnd"/>
      <w:r>
        <w:t xml:space="preserve"> </w:t>
      </w:r>
      <w:proofErr w:type="spellStart"/>
      <w:r>
        <w:t>лицу</w:t>
      </w:r>
      <w:proofErr w:type="spellEnd"/>
      <w:r>
        <w:t>.</w:t>
      </w:r>
    </w:p>
    <w:p w:rsidR="00E05F6D" w:rsidRDefault="00CA0E37">
      <w:r>
        <w:rPr>
          <w:b/>
          <w:sz w:val="24"/>
        </w:rPr>
        <w:t xml:space="preserve">2. </w:t>
      </w:r>
      <w:proofErr w:type="spellStart"/>
      <w:r>
        <w:rPr>
          <w:b/>
          <w:sz w:val="24"/>
        </w:rPr>
        <w:t>Однос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према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наставницима</w:t>
      </w:r>
      <w:proofErr w:type="spellEnd"/>
      <w:r>
        <w:rPr>
          <w:b/>
          <w:sz w:val="24"/>
        </w:rPr>
        <w:t xml:space="preserve"> и </w:t>
      </w:r>
      <w:proofErr w:type="spellStart"/>
      <w:r>
        <w:rPr>
          <w:b/>
          <w:sz w:val="24"/>
        </w:rPr>
        <w:t>другим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запосленима</w:t>
      </w:r>
      <w:proofErr w:type="spellEnd"/>
    </w:p>
    <w:p w:rsidR="00E05F6D" w:rsidRDefault="00CA0E37">
      <w:pPr>
        <w:pStyle w:val="ListBulle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дужни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међусобно</w:t>
      </w:r>
      <w:proofErr w:type="spellEnd"/>
      <w:r>
        <w:t xml:space="preserve"> </w:t>
      </w:r>
      <w:proofErr w:type="spellStart"/>
      <w:r>
        <w:t>комуницирају</w:t>
      </w:r>
      <w:proofErr w:type="spellEnd"/>
      <w:r>
        <w:t xml:space="preserve"> </w:t>
      </w:r>
      <w:proofErr w:type="spellStart"/>
      <w:r>
        <w:t>професионално</w:t>
      </w:r>
      <w:proofErr w:type="spellEnd"/>
      <w:r>
        <w:t xml:space="preserve">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уважавањем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Несугласице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решавају</w:t>
      </w:r>
      <w:proofErr w:type="spellEnd"/>
      <w:r>
        <w:t xml:space="preserve"> </w:t>
      </w:r>
      <w:proofErr w:type="spellStart"/>
      <w:r>
        <w:t>разговором</w:t>
      </w:r>
      <w:proofErr w:type="spellEnd"/>
      <w:r>
        <w:t xml:space="preserve"> и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надлежних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а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Није</w:t>
      </w:r>
      <w:proofErr w:type="spellEnd"/>
      <w:r>
        <w:t xml:space="preserve"> </w:t>
      </w:r>
      <w:proofErr w:type="spellStart"/>
      <w:r>
        <w:t>дозвољено</w:t>
      </w:r>
      <w:proofErr w:type="spellEnd"/>
      <w:r>
        <w:t xml:space="preserve"> </w:t>
      </w:r>
      <w:proofErr w:type="spellStart"/>
      <w:r>
        <w:t>ширење</w:t>
      </w:r>
      <w:proofErr w:type="spellEnd"/>
      <w:r>
        <w:t xml:space="preserve"> </w:t>
      </w:r>
      <w:proofErr w:type="spellStart"/>
      <w:r>
        <w:t>трачева</w:t>
      </w:r>
      <w:proofErr w:type="spellEnd"/>
      <w:r>
        <w:t xml:space="preserve">, </w:t>
      </w:r>
      <w:proofErr w:type="spellStart"/>
      <w:r>
        <w:t>увредљивих</w:t>
      </w:r>
      <w:proofErr w:type="spellEnd"/>
      <w:r>
        <w:t xml:space="preserve"> </w:t>
      </w:r>
      <w:proofErr w:type="spellStart"/>
      <w:r>
        <w:t>коментара</w:t>
      </w:r>
      <w:proofErr w:type="spellEnd"/>
      <w:r>
        <w:t xml:space="preserve"> и </w:t>
      </w:r>
      <w:proofErr w:type="spellStart"/>
      <w:r>
        <w:t>неистинитих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о </w:t>
      </w:r>
      <w:proofErr w:type="spellStart"/>
      <w:r>
        <w:t>колегама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Свако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поштује</w:t>
      </w:r>
      <w:proofErr w:type="spellEnd"/>
      <w:r>
        <w:t xml:space="preserve"> </w:t>
      </w:r>
      <w:proofErr w:type="spellStart"/>
      <w:r>
        <w:t>организацију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, </w:t>
      </w:r>
      <w:proofErr w:type="spellStart"/>
      <w:r>
        <w:t>распоред</w:t>
      </w:r>
      <w:proofErr w:type="spellEnd"/>
      <w:r>
        <w:t xml:space="preserve"> и </w:t>
      </w:r>
      <w:proofErr w:type="spellStart"/>
      <w:r>
        <w:t>договорене</w:t>
      </w:r>
      <w:proofErr w:type="spellEnd"/>
      <w:r>
        <w:t xml:space="preserve"> </w:t>
      </w:r>
      <w:proofErr w:type="spellStart"/>
      <w:r>
        <w:t>процедуре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E05F6D" w:rsidRDefault="00CA0E37">
      <w:r>
        <w:rPr>
          <w:b/>
          <w:sz w:val="24"/>
        </w:rPr>
        <w:t xml:space="preserve">3. </w:t>
      </w:r>
      <w:proofErr w:type="spellStart"/>
      <w:r>
        <w:rPr>
          <w:b/>
          <w:sz w:val="24"/>
        </w:rPr>
        <w:t>Однос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према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родитељима</w:t>
      </w:r>
      <w:proofErr w:type="spellEnd"/>
      <w:r>
        <w:rPr>
          <w:b/>
          <w:sz w:val="24"/>
        </w:rPr>
        <w:t xml:space="preserve"> и </w:t>
      </w:r>
      <w:proofErr w:type="spellStart"/>
      <w:r>
        <w:rPr>
          <w:b/>
          <w:sz w:val="24"/>
        </w:rPr>
        <w:t>посетиоцима</w:t>
      </w:r>
      <w:proofErr w:type="spellEnd"/>
    </w:p>
    <w:p w:rsidR="00E05F6D" w:rsidRDefault="00CA0E37">
      <w:pPr>
        <w:pStyle w:val="ListBullet"/>
      </w:pPr>
      <w:proofErr w:type="spellStart"/>
      <w:r>
        <w:t>Родитељима</w:t>
      </w:r>
      <w:proofErr w:type="spellEnd"/>
      <w:r>
        <w:t xml:space="preserve"> и </w:t>
      </w:r>
      <w:proofErr w:type="spellStart"/>
      <w:r>
        <w:t>посетиоцима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обраћају</w:t>
      </w:r>
      <w:proofErr w:type="spellEnd"/>
      <w:r>
        <w:t xml:space="preserve"> </w:t>
      </w:r>
      <w:proofErr w:type="spellStart"/>
      <w:r>
        <w:t>љубазно</w:t>
      </w:r>
      <w:proofErr w:type="spellEnd"/>
      <w:r>
        <w:t xml:space="preserve"> и </w:t>
      </w:r>
      <w:proofErr w:type="spellStart"/>
      <w:r>
        <w:t>професионално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Помоћно</w:t>
      </w:r>
      <w:proofErr w:type="spellEnd"/>
      <w:r>
        <w:t xml:space="preserve"> </w:t>
      </w:r>
      <w:proofErr w:type="spellStart"/>
      <w:r>
        <w:t>особље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даје</w:t>
      </w:r>
      <w:proofErr w:type="spellEnd"/>
      <w:r>
        <w:t xml:space="preserve"> </w:t>
      </w:r>
      <w:proofErr w:type="spellStart"/>
      <w:r>
        <w:t>родитељима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о </w:t>
      </w:r>
      <w:proofErr w:type="spellStart"/>
      <w:r>
        <w:t>оценама</w:t>
      </w:r>
      <w:proofErr w:type="spellEnd"/>
      <w:r>
        <w:t xml:space="preserve">, </w:t>
      </w:r>
      <w:proofErr w:type="spellStart"/>
      <w:r>
        <w:t>педагошким</w:t>
      </w:r>
      <w:proofErr w:type="spellEnd"/>
      <w:r>
        <w:t xml:space="preserve"> </w:t>
      </w:r>
      <w:proofErr w:type="spellStart"/>
      <w:r>
        <w:t>мерама</w:t>
      </w:r>
      <w:proofErr w:type="spellEnd"/>
      <w:r>
        <w:t xml:space="preserve">, </w:t>
      </w:r>
      <w:proofErr w:type="spellStart"/>
      <w:r>
        <w:t>породичним</w:t>
      </w:r>
      <w:proofErr w:type="spellEnd"/>
      <w:r>
        <w:t xml:space="preserve"> </w:t>
      </w:r>
      <w:proofErr w:type="spellStart"/>
      <w:r>
        <w:t>приликама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питањима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у </w:t>
      </w:r>
      <w:proofErr w:type="spellStart"/>
      <w:proofErr w:type="gramStart"/>
      <w:r>
        <w:t>његовој</w:t>
      </w:r>
      <w:proofErr w:type="spellEnd"/>
      <w:proofErr w:type="gramEnd"/>
      <w:r>
        <w:t xml:space="preserve"> </w:t>
      </w:r>
      <w:proofErr w:type="spellStart"/>
      <w:r>
        <w:t>надлежности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Родитељ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посетилац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жели</w:t>
      </w:r>
      <w:proofErr w:type="spellEnd"/>
      <w:r>
        <w:t xml:space="preserve"> </w:t>
      </w:r>
      <w:proofErr w:type="spellStart"/>
      <w:r>
        <w:t>разговор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наставником</w:t>
      </w:r>
      <w:proofErr w:type="spellEnd"/>
      <w:r>
        <w:t xml:space="preserve">, </w:t>
      </w:r>
      <w:proofErr w:type="spellStart"/>
      <w:r>
        <w:t>стручном</w:t>
      </w:r>
      <w:proofErr w:type="spellEnd"/>
      <w:r>
        <w:t xml:space="preserve"> </w:t>
      </w:r>
      <w:proofErr w:type="spellStart"/>
      <w:r>
        <w:t>службом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директором</w:t>
      </w:r>
      <w:proofErr w:type="spellEnd"/>
      <w:r>
        <w:t xml:space="preserve"> </w:t>
      </w:r>
      <w:proofErr w:type="spellStart"/>
      <w:r>
        <w:t>упућује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одговарајућу</w:t>
      </w:r>
      <w:proofErr w:type="spellEnd"/>
      <w:r>
        <w:t xml:space="preserve"> </w:t>
      </w:r>
      <w:proofErr w:type="spellStart"/>
      <w:r>
        <w:t>особу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Непознато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у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простору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пријавити</w:t>
      </w:r>
      <w:proofErr w:type="spellEnd"/>
      <w:r>
        <w:t xml:space="preserve"> </w:t>
      </w:r>
      <w:proofErr w:type="spellStart"/>
      <w:r>
        <w:t>дежурном</w:t>
      </w:r>
      <w:proofErr w:type="spellEnd"/>
      <w:r>
        <w:t xml:space="preserve"> </w:t>
      </w:r>
      <w:proofErr w:type="spellStart"/>
      <w:r>
        <w:t>запосленом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управи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E05F6D" w:rsidRDefault="00CA0E37">
      <w:r>
        <w:rPr>
          <w:b/>
          <w:sz w:val="24"/>
        </w:rPr>
        <w:t xml:space="preserve">4. </w:t>
      </w:r>
      <w:proofErr w:type="spellStart"/>
      <w:r>
        <w:rPr>
          <w:b/>
          <w:sz w:val="24"/>
        </w:rPr>
        <w:t>Професионално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понашање</w:t>
      </w:r>
      <w:proofErr w:type="spellEnd"/>
    </w:p>
    <w:p w:rsidR="00E05F6D" w:rsidRDefault="00CA0E37">
      <w:pPr>
        <w:pStyle w:val="ListBullet"/>
      </w:pPr>
      <w:proofErr w:type="spellStart"/>
      <w:r>
        <w:lastRenderedPageBreak/>
        <w:t>Запослени</w:t>
      </w:r>
      <w:proofErr w:type="spellEnd"/>
      <w:r>
        <w:t xml:space="preserve"> </w:t>
      </w:r>
      <w:proofErr w:type="spellStart"/>
      <w:r>
        <w:t>долази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посао</w:t>
      </w:r>
      <w:proofErr w:type="spellEnd"/>
      <w:r>
        <w:t xml:space="preserve"> </w:t>
      </w:r>
      <w:proofErr w:type="spellStart"/>
      <w:r>
        <w:t>уредан</w:t>
      </w:r>
      <w:proofErr w:type="spellEnd"/>
      <w:r>
        <w:t xml:space="preserve">, </w:t>
      </w:r>
      <w:proofErr w:type="spellStart"/>
      <w:r>
        <w:t>одговоран</w:t>
      </w:r>
      <w:proofErr w:type="spellEnd"/>
      <w:r>
        <w:t xml:space="preserve"> и </w:t>
      </w:r>
      <w:proofErr w:type="spellStart"/>
      <w:r>
        <w:t>спреман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својих</w:t>
      </w:r>
      <w:proofErr w:type="spellEnd"/>
      <w:r>
        <w:t xml:space="preserve"> </w:t>
      </w:r>
      <w:proofErr w:type="spellStart"/>
      <w:r>
        <w:t>радних</w:t>
      </w:r>
      <w:proofErr w:type="spellEnd"/>
      <w:r>
        <w:t xml:space="preserve"> </w:t>
      </w:r>
      <w:proofErr w:type="spellStart"/>
      <w:r>
        <w:t>задатака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Радно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и </w:t>
      </w:r>
      <w:proofErr w:type="spellStart"/>
      <w:r>
        <w:t>распоред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поштовати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Током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времена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дозвољено</w:t>
      </w:r>
      <w:proofErr w:type="spellEnd"/>
      <w:r>
        <w:t xml:space="preserve"> </w:t>
      </w:r>
      <w:proofErr w:type="spellStart"/>
      <w:r>
        <w:t>непотребно</w:t>
      </w:r>
      <w:proofErr w:type="spellEnd"/>
      <w:r>
        <w:t xml:space="preserve"> </w:t>
      </w:r>
      <w:proofErr w:type="spellStart"/>
      <w:r>
        <w:t>задржавање</w:t>
      </w:r>
      <w:proofErr w:type="spellEnd"/>
      <w:r>
        <w:t xml:space="preserve"> у </w:t>
      </w:r>
      <w:proofErr w:type="spellStart"/>
      <w:r>
        <w:t>просторијама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послом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Коришћење</w:t>
      </w:r>
      <w:proofErr w:type="spellEnd"/>
      <w:r>
        <w:t xml:space="preserve"> </w:t>
      </w:r>
      <w:proofErr w:type="spellStart"/>
      <w:r>
        <w:t>мобилног</w:t>
      </w:r>
      <w:proofErr w:type="spellEnd"/>
      <w:r>
        <w:t xml:space="preserve"> </w:t>
      </w:r>
      <w:proofErr w:type="spellStart"/>
      <w:r>
        <w:t>телефона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свести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меру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омета</w:t>
      </w:r>
      <w:proofErr w:type="spellEnd"/>
      <w:r>
        <w:t xml:space="preserve"> </w:t>
      </w:r>
      <w:proofErr w:type="spellStart"/>
      <w:r>
        <w:t>извршавање</w:t>
      </w:r>
      <w:proofErr w:type="spellEnd"/>
      <w:r>
        <w:t xml:space="preserve"> </w:t>
      </w:r>
      <w:proofErr w:type="spellStart"/>
      <w:r>
        <w:t>радних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Није</w:t>
      </w:r>
      <w:proofErr w:type="spellEnd"/>
      <w:r>
        <w:t xml:space="preserve"> </w:t>
      </w:r>
      <w:proofErr w:type="spellStart"/>
      <w:r>
        <w:t>дозвољено</w:t>
      </w:r>
      <w:proofErr w:type="spellEnd"/>
      <w:r>
        <w:t xml:space="preserve"> </w:t>
      </w:r>
      <w:proofErr w:type="spellStart"/>
      <w:r>
        <w:t>напуштање</w:t>
      </w:r>
      <w:proofErr w:type="spellEnd"/>
      <w:r>
        <w:t xml:space="preserve"> </w:t>
      </w:r>
      <w:proofErr w:type="spellStart"/>
      <w:r>
        <w:t>радног</w:t>
      </w:r>
      <w:proofErr w:type="spellEnd"/>
      <w:r>
        <w:t xml:space="preserve"> </w:t>
      </w:r>
      <w:proofErr w:type="spellStart"/>
      <w:r>
        <w:t>места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оправданог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и </w:t>
      </w:r>
      <w:proofErr w:type="spellStart"/>
      <w:r>
        <w:t>обавештавања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.</w:t>
      </w:r>
    </w:p>
    <w:p w:rsidR="00E05F6D" w:rsidRDefault="00CA0E37">
      <w:r>
        <w:rPr>
          <w:b/>
          <w:sz w:val="24"/>
        </w:rPr>
        <w:t xml:space="preserve">5. </w:t>
      </w:r>
      <w:proofErr w:type="spellStart"/>
      <w:r>
        <w:rPr>
          <w:b/>
          <w:sz w:val="24"/>
        </w:rPr>
        <w:t>Хигијена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безбедност</w:t>
      </w:r>
      <w:proofErr w:type="spellEnd"/>
      <w:r>
        <w:rPr>
          <w:b/>
          <w:sz w:val="24"/>
        </w:rPr>
        <w:t xml:space="preserve"> и </w:t>
      </w:r>
      <w:proofErr w:type="spellStart"/>
      <w:r>
        <w:rPr>
          <w:b/>
          <w:sz w:val="24"/>
        </w:rPr>
        <w:t>имовина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школе</w:t>
      </w:r>
      <w:proofErr w:type="spellEnd"/>
    </w:p>
    <w:p w:rsidR="00E05F6D" w:rsidRDefault="00CA0E37">
      <w:pPr>
        <w:pStyle w:val="ListBulle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дужни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воде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 xml:space="preserve"> о </w:t>
      </w:r>
      <w:proofErr w:type="spellStart"/>
      <w:r>
        <w:t>хигијени</w:t>
      </w:r>
      <w:proofErr w:type="spellEnd"/>
      <w:r>
        <w:t xml:space="preserve"> и </w:t>
      </w:r>
      <w:proofErr w:type="spellStart"/>
      <w:r>
        <w:t>уредности</w:t>
      </w:r>
      <w:proofErr w:type="spellEnd"/>
      <w:r>
        <w:t xml:space="preserve"> </w:t>
      </w:r>
      <w:proofErr w:type="spellStart"/>
      <w:r>
        <w:t>школског</w:t>
      </w:r>
      <w:proofErr w:type="spellEnd"/>
      <w:r>
        <w:t xml:space="preserve"> </w:t>
      </w:r>
      <w:proofErr w:type="spellStart"/>
      <w:r>
        <w:t>простора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Уочени</w:t>
      </w:r>
      <w:proofErr w:type="spellEnd"/>
      <w:r>
        <w:t xml:space="preserve"> </w:t>
      </w:r>
      <w:proofErr w:type="spellStart"/>
      <w:r>
        <w:t>кварови</w:t>
      </w:r>
      <w:proofErr w:type="spellEnd"/>
      <w:r>
        <w:t xml:space="preserve">, </w:t>
      </w:r>
      <w:proofErr w:type="spellStart"/>
      <w:r>
        <w:t>оштећења</w:t>
      </w:r>
      <w:proofErr w:type="spellEnd"/>
      <w:r>
        <w:t xml:space="preserve">, </w:t>
      </w:r>
      <w:proofErr w:type="spellStart"/>
      <w:r>
        <w:t>опасности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ризици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безбедност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пријављују</w:t>
      </w:r>
      <w:proofErr w:type="spellEnd"/>
      <w:r>
        <w:t xml:space="preserve"> </w:t>
      </w:r>
      <w:proofErr w:type="spellStart"/>
      <w:r>
        <w:t>одговорном</w:t>
      </w:r>
      <w:proofErr w:type="spellEnd"/>
      <w:r>
        <w:t xml:space="preserve"> </w:t>
      </w:r>
      <w:proofErr w:type="spellStart"/>
      <w:r>
        <w:t>лицу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Средства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чишћење</w:t>
      </w:r>
      <w:proofErr w:type="spellEnd"/>
      <w:r>
        <w:t xml:space="preserve">, </w:t>
      </w:r>
      <w:proofErr w:type="spellStart"/>
      <w:r>
        <w:t>алати</w:t>
      </w:r>
      <w:proofErr w:type="spellEnd"/>
      <w:r>
        <w:t xml:space="preserve">, </w:t>
      </w:r>
      <w:proofErr w:type="spellStart"/>
      <w:r>
        <w:t>опрема</w:t>
      </w:r>
      <w:proofErr w:type="spellEnd"/>
      <w:r>
        <w:t xml:space="preserve"> и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користе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искључиво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прописан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Хемикалије</w:t>
      </w:r>
      <w:proofErr w:type="spellEnd"/>
      <w:r>
        <w:t xml:space="preserve"> и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опасна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домашаја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дужни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чувају</w:t>
      </w:r>
      <w:proofErr w:type="spellEnd"/>
      <w:r>
        <w:t xml:space="preserve"> </w:t>
      </w:r>
      <w:proofErr w:type="spellStart"/>
      <w:r>
        <w:t>школску</w:t>
      </w:r>
      <w:proofErr w:type="spellEnd"/>
      <w:r>
        <w:t xml:space="preserve"> </w:t>
      </w:r>
      <w:proofErr w:type="spellStart"/>
      <w:r>
        <w:t>имовину</w:t>
      </w:r>
      <w:proofErr w:type="spellEnd"/>
      <w:r>
        <w:t xml:space="preserve"> и </w:t>
      </w:r>
      <w:proofErr w:type="spellStart"/>
      <w:r>
        <w:t>рационално</w:t>
      </w:r>
      <w:proofErr w:type="spellEnd"/>
      <w:r>
        <w:t xml:space="preserve"> </w:t>
      </w:r>
      <w:proofErr w:type="spellStart"/>
      <w:r>
        <w:t>користе</w:t>
      </w:r>
      <w:proofErr w:type="spellEnd"/>
      <w:r>
        <w:t xml:space="preserve"> </w:t>
      </w:r>
      <w:proofErr w:type="spellStart"/>
      <w:r>
        <w:t>материјал</w:t>
      </w:r>
      <w:proofErr w:type="spellEnd"/>
      <w:r>
        <w:t xml:space="preserve"> и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рад</w:t>
      </w:r>
      <w:proofErr w:type="spellEnd"/>
      <w:r>
        <w:t>.</w:t>
      </w:r>
    </w:p>
    <w:p w:rsidR="00E05F6D" w:rsidRDefault="00CA0E37">
      <w:r>
        <w:rPr>
          <w:b/>
          <w:sz w:val="24"/>
        </w:rPr>
        <w:t xml:space="preserve">6. </w:t>
      </w:r>
      <w:proofErr w:type="spellStart"/>
      <w:r>
        <w:rPr>
          <w:b/>
          <w:sz w:val="24"/>
        </w:rPr>
        <w:t>Поверљивост</w:t>
      </w:r>
      <w:proofErr w:type="spellEnd"/>
    </w:p>
    <w:p w:rsidR="00E05F6D" w:rsidRDefault="00CA0E37">
      <w:pPr>
        <w:pStyle w:val="ListBullet"/>
      </w:pPr>
      <w:proofErr w:type="spellStart"/>
      <w:r>
        <w:t>Запослени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смеју</w:t>
      </w:r>
      <w:proofErr w:type="spellEnd"/>
      <w:r>
        <w:t xml:space="preserve"> </w:t>
      </w:r>
      <w:proofErr w:type="spellStart"/>
      <w:r>
        <w:t>износити</w:t>
      </w:r>
      <w:proofErr w:type="spellEnd"/>
      <w:r>
        <w:t xml:space="preserve"> </w:t>
      </w:r>
      <w:proofErr w:type="spellStart"/>
      <w:r>
        <w:t>ван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</w:t>
      </w:r>
      <w:proofErr w:type="spellStart"/>
      <w:r>
        <w:t>информације</w:t>
      </w:r>
      <w:proofErr w:type="spellEnd"/>
      <w:r>
        <w:t xml:space="preserve"> о </w:t>
      </w:r>
      <w:proofErr w:type="spellStart"/>
      <w:r>
        <w:t>ученицима</w:t>
      </w:r>
      <w:proofErr w:type="spellEnd"/>
      <w:r>
        <w:t xml:space="preserve">, </w:t>
      </w:r>
      <w:proofErr w:type="spellStart"/>
      <w:r>
        <w:t>родитељима</w:t>
      </w:r>
      <w:proofErr w:type="spellEnd"/>
      <w:r>
        <w:t xml:space="preserve">, </w:t>
      </w:r>
      <w:proofErr w:type="spellStart"/>
      <w:r>
        <w:t>запосленима</w:t>
      </w:r>
      <w:proofErr w:type="spellEnd"/>
      <w:r>
        <w:t xml:space="preserve"> и </w:t>
      </w:r>
      <w:proofErr w:type="spellStart"/>
      <w:r>
        <w:t>породичним</w:t>
      </w:r>
      <w:proofErr w:type="spellEnd"/>
      <w:r>
        <w:t xml:space="preserve"> </w:t>
      </w:r>
      <w:proofErr w:type="spellStart"/>
      <w:r>
        <w:t>приликама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сазнали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Није</w:t>
      </w:r>
      <w:proofErr w:type="spellEnd"/>
      <w:r>
        <w:t xml:space="preserve"> </w:t>
      </w:r>
      <w:proofErr w:type="spellStart"/>
      <w:r>
        <w:t>дозвољено</w:t>
      </w:r>
      <w:proofErr w:type="spellEnd"/>
      <w:r>
        <w:t xml:space="preserve"> </w:t>
      </w:r>
      <w:proofErr w:type="spellStart"/>
      <w:r>
        <w:t>коментарисање</w:t>
      </w:r>
      <w:proofErr w:type="spellEnd"/>
      <w:r>
        <w:t xml:space="preserve"> </w:t>
      </w:r>
      <w:proofErr w:type="spellStart"/>
      <w:r>
        <w:t>личних</w:t>
      </w:r>
      <w:proofErr w:type="spellEnd"/>
      <w:r>
        <w:t xml:space="preserve"> </w:t>
      </w:r>
      <w:proofErr w:type="spellStart"/>
      <w:r>
        <w:t>проблема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ученицима</w:t>
      </w:r>
      <w:proofErr w:type="spellEnd"/>
      <w:r>
        <w:t xml:space="preserve">, </w:t>
      </w:r>
      <w:proofErr w:type="spellStart"/>
      <w:r>
        <w:t>родитељима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лицима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немају</w:t>
      </w:r>
      <w:proofErr w:type="spellEnd"/>
      <w:r>
        <w:t xml:space="preserve"> </w:t>
      </w:r>
      <w:proofErr w:type="spellStart"/>
      <w:r>
        <w:t>овлашћење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Фотографисање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снимање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и </w:t>
      </w:r>
      <w:proofErr w:type="spellStart"/>
      <w:r>
        <w:t>школских</w:t>
      </w:r>
      <w:proofErr w:type="spellEnd"/>
      <w:r>
        <w:t xml:space="preserve"> </w:t>
      </w:r>
      <w:proofErr w:type="spellStart"/>
      <w:r>
        <w:t>простора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дозвољено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одобрења</w:t>
      </w:r>
      <w:proofErr w:type="spellEnd"/>
      <w:r>
        <w:t>.</w:t>
      </w:r>
    </w:p>
    <w:p w:rsidR="00E05F6D" w:rsidRDefault="00CA0E37">
      <w:r>
        <w:rPr>
          <w:b/>
          <w:sz w:val="24"/>
        </w:rPr>
        <w:t xml:space="preserve">7. </w:t>
      </w:r>
      <w:proofErr w:type="spellStart"/>
      <w:r>
        <w:rPr>
          <w:b/>
          <w:sz w:val="24"/>
        </w:rPr>
        <w:t>Дежурство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током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наставе</w:t>
      </w:r>
      <w:proofErr w:type="spellEnd"/>
    </w:p>
    <w:p w:rsidR="00E05F6D" w:rsidRDefault="00CA0E37">
      <w:pPr>
        <w:pStyle w:val="ListBulle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трајања</w:t>
      </w:r>
      <w:proofErr w:type="spellEnd"/>
      <w:r>
        <w:t xml:space="preserve"> </w:t>
      </w:r>
      <w:proofErr w:type="spellStart"/>
      <w:r>
        <w:t>наставе</w:t>
      </w:r>
      <w:proofErr w:type="spellEnd"/>
      <w:r>
        <w:t xml:space="preserve">, </w:t>
      </w:r>
      <w:proofErr w:type="spellStart"/>
      <w:r>
        <w:t>помоћно</w:t>
      </w:r>
      <w:proofErr w:type="spellEnd"/>
      <w:r>
        <w:t xml:space="preserve"> </w:t>
      </w:r>
      <w:proofErr w:type="spellStart"/>
      <w:r>
        <w:t>особље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распоређено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дежурство</w:t>
      </w:r>
      <w:proofErr w:type="spellEnd"/>
      <w:r>
        <w:t xml:space="preserve"> </w:t>
      </w:r>
      <w:proofErr w:type="spellStart"/>
      <w:r>
        <w:t>дужно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дежура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ходницима</w:t>
      </w:r>
      <w:proofErr w:type="spellEnd"/>
      <w:r>
        <w:t xml:space="preserve"> и у </w:t>
      </w:r>
      <w:proofErr w:type="spellStart"/>
      <w:r>
        <w:t>холу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Током</w:t>
      </w:r>
      <w:proofErr w:type="spellEnd"/>
      <w:r>
        <w:t xml:space="preserve"> </w:t>
      </w:r>
      <w:proofErr w:type="spellStart"/>
      <w:r>
        <w:t>дежурства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дужни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прате</w:t>
      </w:r>
      <w:proofErr w:type="spellEnd"/>
      <w:r>
        <w:t xml:space="preserve"> </w:t>
      </w:r>
      <w:proofErr w:type="spellStart"/>
      <w:r>
        <w:t>кретање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воде</w:t>
      </w:r>
      <w:proofErr w:type="spellEnd"/>
      <w:r>
        <w:t xml:space="preserve"> </w:t>
      </w:r>
      <w:proofErr w:type="spellStart"/>
      <w:r>
        <w:t>рачуна</w:t>
      </w:r>
      <w:proofErr w:type="spellEnd"/>
      <w:r>
        <w:t xml:space="preserve"> о </w:t>
      </w:r>
      <w:proofErr w:type="spellStart"/>
      <w:r>
        <w:t>реду</w:t>
      </w:r>
      <w:proofErr w:type="spellEnd"/>
      <w:r>
        <w:t xml:space="preserve"> и </w:t>
      </w:r>
      <w:proofErr w:type="spellStart"/>
      <w:r>
        <w:t>безбедности</w:t>
      </w:r>
      <w:proofErr w:type="spellEnd"/>
      <w:r>
        <w:t xml:space="preserve"> и </w:t>
      </w:r>
      <w:proofErr w:type="spellStart"/>
      <w:r>
        <w:t>реагују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свако</w:t>
      </w:r>
      <w:proofErr w:type="spellEnd"/>
      <w:r>
        <w:t xml:space="preserve"> </w:t>
      </w:r>
      <w:proofErr w:type="spellStart"/>
      <w:r>
        <w:t>понашање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угрозити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запослене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имовину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За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дежурства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дозвољено</w:t>
      </w:r>
      <w:proofErr w:type="spellEnd"/>
      <w:r>
        <w:t xml:space="preserve"> </w:t>
      </w:r>
      <w:proofErr w:type="spellStart"/>
      <w:r>
        <w:t>напуштање</w:t>
      </w:r>
      <w:proofErr w:type="spellEnd"/>
      <w:r>
        <w:t xml:space="preserve"> </w:t>
      </w:r>
      <w:proofErr w:type="spellStart"/>
      <w:r>
        <w:t>ходника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хола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оправданог</w:t>
      </w:r>
      <w:proofErr w:type="spellEnd"/>
      <w:r>
        <w:t xml:space="preserve"> </w:t>
      </w:r>
      <w:proofErr w:type="spellStart"/>
      <w:r>
        <w:t>разлога</w:t>
      </w:r>
      <w:proofErr w:type="spellEnd"/>
      <w:r>
        <w:t xml:space="preserve"> и </w:t>
      </w:r>
      <w:proofErr w:type="spellStart"/>
      <w:r>
        <w:t>обавештавања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>.</w:t>
      </w:r>
    </w:p>
    <w:p w:rsidR="00E05F6D" w:rsidRDefault="00CA0E37">
      <w:pPr>
        <w:pStyle w:val="ListBullet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инцидента</w:t>
      </w:r>
      <w:proofErr w:type="spellEnd"/>
      <w:r>
        <w:t xml:space="preserve">, </w:t>
      </w:r>
      <w:proofErr w:type="spellStart"/>
      <w:r>
        <w:t>повреде</w:t>
      </w:r>
      <w:proofErr w:type="spellEnd"/>
      <w:r>
        <w:t xml:space="preserve">, </w:t>
      </w:r>
      <w:proofErr w:type="spellStart"/>
      <w:r>
        <w:t>сукоба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, </w:t>
      </w:r>
      <w:proofErr w:type="spellStart"/>
      <w:r>
        <w:t>уласка</w:t>
      </w:r>
      <w:proofErr w:type="spellEnd"/>
      <w:r>
        <w:t xml:space="preserve"> </w:t>
      </w:r>
      <w:proofErr w:type="spellStart"/>
      <w:r>
        <w:t>непознатог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друге</w:t>
      </w:r>
      <w:proofErr w:type="spellEnd"/>
      <w:r>
        <w:t xml:space="preserve"> </w:t>
      </w:r>
      <w:proofErr w:type="spellStart"/>
      <w:r>
        <w:t>ванредне</w:t>
      </w:r>
      <w:proofErr w:type="spellEnd"/>
      <w:r>
        <w:t xml:space="preserve"> </w:t>
      </w:r>
      <w:proofErr w:type="spellStart"/>
      <w:r>
        <w:t>ситуације</w:t>
      </w:r>
      <w:proofErr w:type="spellEnd"/>
      <w:r>
        <w:t xml:space="preserve">,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одмах</w:t>
      </w:r>
      <w:proofErr w:type="spellEnd"/>
      <w:r>
        <w:t xml:space="preserve"> </w:t>
      </w:r>
      <w:proofErr w:type="spellStart"/>
      <w:r>
        <w:t>обавести</w:t>
      </w:r>
      <w:proofErr w:type="spellEnd"/>
      <w:r>
        <w:t xml:space="preserve"> </w:t>
      </w:r>
      <w:proofErr w:type="spellStart"/>
      <w:r>
        <w:t>наставника</w:t>
      </w:r>
      <w:proofErr w:type="spellEnd"/>
      <w:r>
        <w:t xml:space="preserve">, </w:t>
      </w:r>
      <w:proofErr w:type="spellStart"/>
      <w:r>
        <w:t>стручну</w:t>
      </w:r>
      <w:proofErr w:type="spellEnd"/>
      <w:r>
        <w:t xml:space="preserve"> </w:t>
      </w:r>
      <w:proofErr w:type="spellStart"/>
      <w:r>
        <w:t>службу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lastRenderedPageBreak/>
        <w:t>Током</w:t>
      </w:r>
      <w:proofErr w:type="spellEnd"/>
      <w:r>
        <w:t xml:space="preserve"> </w:t>
      </w:r>
      <w:proofErr w:type="spellStart"/>
      <w:r>
        <w:t>дежурства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обављају</w:t>
      </w:r>
      <w:proofErr w:type="spellEnd"/>
      <w:r>
        <w:t xml:space="preserve"> </w:t>
      </w:r>
      <w:proofErr w:type="spellStart"/>
      <w:r>
        <w:t>приватне</w:t>
      </w:r>
      <w:proofErr w:type="spellEnd"/>
      <w:r>
        <w:t xml:space="preserve"> </w:t>
      </w:r>
      <w:proofErr w:type="spellStart"/>
      <w:r>
        <w:t>послове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користе</w:t>
      </w:r>
      <w:proofErr w:type="spellEnd"/>
      <w:r>
        <w:t xml:space="preserve"> </w:t>
      </w:r>
      <w:proofErr w:type="spellStart"/>
      <w:r>
        <w:t>мобилни</w:t>
      </w:r>
      <w:proofErr w:type="spellEnd"/>
      <w:r>
        <w:t xml:space="preserve"> </w:t>
      </w:r>
      <w:proofErr w:type="spellStart"/>
      <w:r>
        <w:t>телефон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омета</w:t>
      </w:r>
      <w:proofErr w:type="spellEnd"/>
      <w:r>
        <w:t xml:space="preserve"> </w:t>
      </w:r>
      <w:proofErr w:type="spellStart"/>
      <w:r>
        <w:t>праћење</w:t>
      </w:r>
      <w:proofErr w:type="spellEnd"/>
      <w:r>
        <w:t xml:space="preserve"> </w:t>
      </w:r>
      <w:proofErr w:type="spellStart"/>
      <w:r>
        <w:t>ситуације</w:t>
      </w:r>
      <w:proofErr w:type="spellEnd"/>
      <w:r>
        <w:t xml:space="preserve"> у </w:t>
      </w:r>
      <w:proofErr w:type="spellStart"/>
      <w:r>
        <w:t>школском</w:t>
      </w:r>
      <w:proofErr w:type="spellEnd"/>
      <w:r>
        <w:t xml:space="preserve"> </w:t>
      </w:r>
      <w:proofErr w:type="spellStart"/>
      <w:r>
        <w:t>простору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Посебна</w:t>
      </w:r>
      <w:proofErr w:type="spellEnd"/>
      <w:r>
        <w:t xml:space="preserve"> </w:t>
      </w:r>
      <w:proofErr w:type="spellStart"/>
      <w:r>
        <w:t>пажња</w:t>
      </w:r>
      <w:proofErr w:type="spellEnd"/>
      <w:r>
        <w:t xml:space="preserve"> </w:t>
      </w:r>
      <w:proofErr w:type="spellStart"/>
      <w:r>
        <w:t>посвећује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периодима</w:t>
      </w:r>
      <w:proofErr w:type="spellEnd"/>
      <w:r>
        <w:t xml:space="preserve"> </w:t>
      </w:r>
      <w:proofErr w:type="spellStart"/>
      <w:r>
        <w:t>одмора</w:t>
      </w:r>
      <w:proofErr w:type="spellEnd"/>
      <w:r>
        <w:t xml:space="preserve">, </w:t>
      </w:r>
      <w:proofErr w:type="spellStart"/>
      <w:r>
        <w:t>преласку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учионица</w:t>
      </w:r>
      <w:proofErr w:type="spellEnd"/>
      <w:r>
        <w:t xml:space="preserve"> и </w:t>
      </w:r>
      <w:proofErr w:type="spellStart"/>
      <w:r>
        <w:t>кретању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ходницима</w:t>
      </w:r>
      <w:proofErr w:type="spellEnd"/>
      <w:r>
        <w:t xml:space="preserve"> и </w:t>
      </w:r>
      <w:proofErr w:type="spellStart"/>
      <w:r>
        <w:t>холу</w:t>
      </w:r>
      <w:proofErr w:type="spellEnd"/>
      <w:r>
        <w:t>.</w:t>
      </w:r>
    </w:p>
    <w:p w:rsidR="00E05F6D" w:rsidRDefault="00CA0E37">
      <w:r>
        <w:rPr>
          <w:b/>
          <w:sz w:val="24"/>
        </w:rPr>
        <w:t xml:space="preserve">8. </w:t>
      </w:r>
      <w:proofErr w:type="spellStart"/>
      <w:r>
        <w:rPr>
          <w:b/>
          <w:sz w:val="24"/>
        </w:rPr>
        <w:t>Неприхватљиво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понашање</w:t>
      </w:r>
      <w:proofErr w:type="spellEnd"/>
    </w:p>
    <w:p w:rsidR="00E05F6D" w:rsidRDefault="00CA0E37">
      <w:pPr>
        <w:pStyle w:val="ListBullet"/>
      </w:pPr>
      <w:proofErr w:type="spellStart"/>
      <w:r>
        <w:t>Вређање</w:t>
      </w:r>
      <w:proofErr w:type="spellEnd"/>
      <w:r>
        <w:t xml:space="preserve"> и </w:t>
      </w:r>
      <w:proofErr w:type="spellStart"/>
      <w:r>
        <w:t>понижавање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Физички</w:t>
      </w:r>
      <w:proofErr w:type="spellEnd"/>
      <w:r>
        <w:t xml:space="preserve"> </w:t>
      </w:r>
      <w:proofErr w:type="spellStart"/>
      <w:r>
        <w:t>контакт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учеником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оправдан</w:t>
      </w:r>
      <w:proofErr w:type="spellEnd"/>
      <w:r>
        <w:t xml:space="preserve"> </w:t>
      </w:r>
      <w:proofErr w:type="spellStart"/>
      <w:r>
        <w:t>околностима</w:t>
      </w:r>
      <w:proofErr w:type="spellEnd"/>
      <w:r>
        <w:t xml:space="preserve"> и </w:t>
      </w:r>
      <w:proofErr w:type="spellStart"/>
      <w:r>
        <w:t>безбедношћу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Претње</w:t>
      </w:r>
      <w:proofErr w:type="spellEnd"/>
      <w:r>
        <w:t xml:space="preserve"> и </w:t>
      </w:r>
      <w:proofErr w:type="spellStart"/>
      <w:r>
        <w:t>застрашивање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Дискриминација</w:t>
      </w:r>
      <w:proofErr w:type="spellEnd"/>
      <w:r>
        <w:t xml:space="preserve"> и </w:t>
      </w:r>
      <w:proofErr w:type="spellStart"/>
      <w:r>
        <w:t>узнемиравање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Ширење</w:t>
      </w:r>
      <w:proofErr w:type="spellEnd"/>
      <w:r>
        <w:t xml:space="preserve"> </w:t>
      </w:r>
      <w:proofErr w:type="spellStart"/>
      <w:r>
        <w:t>поверљивих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Долазак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посао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дејством</w:t>
      </w:r>
      <w:proofErr w:type="spellEnd"/>
      <w:r>
        <w:t xml:space="preserve"> </w:t>
      </w:r>
      <w:proofErr w:type="spellStart"/>
      <w:r>
        <w:t>алкохола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других</w:t>
      </w:r>
      <w:proofErr w:type="spellEnd"/>
      <w:r>
        <w:t xml:space="preserve"> </w:t>
      </w:r>
      <w:proofErr w:type="spellStart"/>
      <w:r>
        <w:t>недозвољених</w:t>
      </w:r>
      <w:proofErr w:type="spellEnd"/>
      <w:r>
        <w:t xml:space="preserve"> </w:t>
      </w:r>
      <w:proofErr w:type="spellStart"/>
      <w:r>
        <w:t>супстанци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Намерно</w:t>
      </w:r>
      <w:proofErr w:type="spellEnd"/>
      <w:r>
        <w:t xml:space="preserve"> </w:t>
      </w:r>
      <w:proofErr w:type="spellStart"/>
      <w:r>
        <w:t>оштећивање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ненаменско</w:t>
      </w:r>
      <w:proofErr w:type="spellEnd"/>
      <w:r>
        <w:t xml:space="preserve">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школске</w:t>
      </w:r>
      <w:proofErr w:type="spellEnd"/>
      <w:r>
        <w:t xml:space="preserve"> </w:t>
      </w:r>
      <w:proofErr w:type="spellStart"/>
      <w:r>
        <w:t>имовине</w:t>
      </w:r>
      <w:proofErr w:type="spellEnd"/>
      <w:r>
        <w:t>.</w:t>
      </w:r>
    </w:p>
    <w:p w:rsidR="00E05F6D" w:rsidRDefault="00CA0E37">
      <w:pPr>
        <w:pStyle w:val="ListBullet"/>
      </w:pPr>
      <w:proofErr w:type="spellStart"/>
      <w:r>
        <w:t>Прикривање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о </w:t>
      </w:r>
      <w:proofErr w:type="spellStart"/>
      <w:r>
        <w:t>угрожавању</w:t>
      </w:r>
      <w:proofErr w:type="spellEnd"/>
      <w:r>
        <w:t xml:space="preserve"> </w:t>
      </w:r>
      <w:proofErr w:type="spellStart"/>
      <w:r>
        <w:t>безбедности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запослених</w:t>
      </w:r>
      <w:proofErr w:type="spellEnd"/>
      <w:r>
        <w:t>.</w:t>
      </w:r>
    </w:p>
    <w:p w:rsidR="00E05F6D" w:rsidRDefault="00CA0E37">
      <w:r>
        <w:rPr>
          <w:b/>
          <w:sz w:val="24"/>
        </w:rPr>
        <w:t xml:space="preserve">9. </w:t>
      </w:r>
      <w:proofErr w:type="spellStart"/>
      <w:r>
        <w:rPr>
          <w:b/>
          <w:sz w:val="24"/>
        </w:rPr>
        <w:t>Одговорност</w:t>
      </w:r>
      <w:proofErr w:type="spellEnd"/>
    </w:p>
    <w:p w:rsidR="00E05F6D" w:rsidRDefault="00CA0E37">
      <w:pPr>
        <w:pStyle w:val="ListBullet"/>
      </w:pPr>
      <w:proofErr w:type="spellStart"/>
      <w:r>
        <w:t>Сваки</w:t>
      </w:r>
      <w:proofErr w:type="spellEnd"/>
      <w:r>
        <w:t xml:space="preserve"> </w:t>
      </w:r>
      <w:proofErr w:type="spellStart"/>
      <w:r>
        <w:t>запослени</w:t>
      </w:r>
      <w:proofErr w:type="spellEnd"/>
      <w:r>
        <w:t xml:space="preserve"> у </w:t>
      </w:r>
      <w:proofErr w:type="spellStart"/>
      <w:r>
        <w:t>помоћном</w:t>
      </w:r>
      <w:proofErr w:type="spellEnd"/>
      <w:r>
        <w:t xml:space="preserve"> </w:t>
      </w:r>
      <w:proofErr w:type="spellStart"/>
      <w:r>
        <w:t>особљу</w:t>
      </w:r>
      <w:proofErr w:type="spellEnd"/>
      <w:r>
        <w:t xml:space="preserve"> </w:t>
      </w:r>
      <w:proofErr w:type="spellStart"/>
      <w:r>
        <w:t>одговоран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савесно</w:t>
      </w:r>
      <w:proofErr w:type="spellEnd"/>
      <w:r>
        <w:t xml:space="preserve"> и </w:t>
      </w:r>
      <w:proofErr w:type="spellStart"/>
      <w:r>
        <w:t>професионално</w:t>
      </w:r>
      <w:proofErr w:type="spellEnd"/>
      <w:r>
        <w:t xml:space="preserve"> </w:t>
      </w:r>
      <w:proofErr w:type="spellStart"/>
      <w:r>
        <w:t>обављање</w:t>
      </w:r>
      <w:proofErr w:type="spellEnd"/>
      <w:r>
        <w:t xml:space="preserve"> </w:t>
      </w:r>
      <w:proofErr w:type="spellStart"/>
      <w:r>
        <w:t>својих</w:t>
      </w:r>
      <w:proofErr w:type="spellEnd"/>
      <w:r>
        <w:t xml:space="preserve"> </w:t>
      </w:r>
      <w:proofErr w:type="spellStart"/>
      <w:r>
        <w:t>послова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поштовање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</w:p>
    <w:p w:rsidR="00E05F6D" w:rsidRPr="003E3C36" w:rsidRDefault="00CA0E37">
      <w:pPr>
        <w:pStyle w:val="ListBullet"/>
      </w:pPr>
      <w:proofErr w:type="spellStart"/>
      <w:r>
        <w:t>Непоштовање</w:t>
      </w:r>
      <w:proofErr w:type="spellEnd"/>
      <w:r>
        <w:t xml:space="preserve"> </w:t>
      </w:r>
      <w:proofErr w:type="spellStart"/>
      <w:r>
        <w:t>ових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представљати</w:t>
      </w:r>
      <w:proofErr w:type="spellEnd"/>
      <w:r>
        <w:t xml:space="preserve"> </w:t>
      </w:r>
      <w:proofErr w:type="spellStart"/>
      <w:r>
        <w:t>повреду</w:t>
      </w:r>
      <w:proofErr w:type="spellEnd"/>
      <w:r>
        <w:t xml:space="preserve"> </w:t>
      </w:r>
      <w:proofErr w:type="spellStart"/>
      <w:r>
        <w:t>радне</w:t>
      </w:r>
      <w:proofErr w:type="spellEnd"/>
      <w:r>
        <w:t xml:space="preserve"> </w:t>
      </w:r>
      <w:proofErr w:type="spellStart"/>
      <w:r>
        <w:t>обавезе</w:t>
      </w:r>
      <w:proofErr w:type="spellEnd"/>
      <w:r>
        <w:t xml:space="preserve"> и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основ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предузимање</w:t>
      </w:r>
      <w:proofErr w:type="spellEnd"/>
      <w:r>
        <w:t xml:space="preserve"> </w:t>
      </w:r>
      <w:proofErr w:type="spellStart"/>
      <w:r>
        <w:t>мера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законом</w:t>
      </w:r>
      <w:proofErr w:type="spellEnd"/>
      <w:r>
        <w:t xml:space="preserve">, </w:t>
      </w:r>
      <w:proofErr w:type="spellStart"/>
      <w:r>
        <w:t>општим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 и </w:t>
      </w:r>
      <w:proofErr w:type="spellStart"/>
      <w:r>
        <w:t>уговором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>.</w:t>
      </w:r>
    </w:p>
    <w:p w:rsidR="003E3C36" w:rsidRDefault="003E3C36" w:rsidP="003E3C36">
      <w:pPr>
        <w:pStyle w:val="ListBullet"/>
        <w:numPr>
          <w:ilvl w:val="0"/>
          <w:numId w:val="0"/>
        </w:numPr>
        <w:ind w:left="360" w:hanging="360"/>
      </w:pPr>
    </w:p>
    <w:p w:rsidR="003E3C36" w:rsidRDefault="003E3C36" w:rsidP="003E3C36">
      <w:pPr>
        <w:pStyle w:val="ListBullet"/>
        <w:numPr>
          <w:ilvl w:val="0"/>
          <w:numId w:val="0"/>
        </w:numPr>
        <w:ind w:left="360" w:hanging="360"/>
      </w:pPr>
    </w:p>
    <w:p w:rsidR="003E3C36" w:rsidRDefault="003E3C36" w:rsidP="003E3C36">
      <w:proofErr w:type="spellStart"/>
      <w:proofErr w:type="gramStart"/>
      <w:r>
        <w:t>Ова</w:t>
      </w:r>
      <w:proofErr w:type="spellEnd"/>
      <w:r>
        <w:t xml:space="preserve"> </w:t>
      </w:r>
      <w:r w:rsidR="009A0FB9">
        <w:rPr>
          <w:lang/>
        </w:rPr>
        <w:t>П</w:t>
      </w:r>
      <w:proofErr w:type="spellStart"/>
      <w:r>
        <w:t>равила</w:t>
      </w:r>
      <w:proofErr w:type="spellEnd"/>
      <w:r>
        <w:t xml:space="preserve"> </w:t>
      </w:r>
      <w:proofErr w:type="spellStart"/>
      <w:r>
        <w:t>примењују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r w:rsidR="009A0FB9">
        <w:rPr>
          <w:lang/>
        </w:rPr>
        <w:t>З</w:t>
      </w:r>
      <w:proofErr w:type="spellStart"/>
      <w:r>
        <w:t>аконом</w:t>
      </w:r>
      <w:proofErr w:type="spellEnd"/>
      <w:r>
        <w:t xml:space="preserve">, </w:t>
      </w:r>
      <w:r w:rsidR="009A0FB9">
        <w:rPr>
          <w:lang/>
        </w:rPr>
        <w:t>С</w:t>
      </w:r>
      <w:proofErr w:type="spellStart"/>
      <w:r>
        <w:t>татутом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 xml:space="preserve">, </w:t>
      </w:r>
      <w:r w:rsidR="009A0FB9">
        <w:rPr>
          <w:lang/>
        </w:rPr>
        <w:t>П</w:t>
      </w:r>
      <w:proofErr w:type="spellStart"/>
      <w:r>
        <w:t>равилима</w:t>
      </w:r>
      <w:proofErr w:type="spellEnd"/>
      <w:r>
        <w:t xml:space="preserve"> </w:t>
      </w:r>
      <w:proofErr w:type="spellStart"/>
      <w:r>
        <w:t>понашања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актима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.</w:t>
      </w:r>
      <w:proofErr w:type="gramEnd"/>
    </w:p>
    <w:p w:rsidR="003E3C36" w:rsidRPr="003E3C36" w:rsidRDefault="003E3C36" w:rsidP="003E3C36">
      <w:pPr>
        <w:pStyle w:val="ListBullet"/>
        <w:numPr>
          <w:ilvl w:val="0"/>
          <w:numId w:val="0"/>
        </w:numPr>
        <w:ind w:left="360" w:hanging="360"/>
      </w:pPr>
    </w:p>
    <w:p w:rsidR="00E05F6D" w:rsidRDefault="00CA0E37">
      <w:r>
        <w:br/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школе</w:t>
      </w:r>
      <w:proofErr w:type="spellEnd"/>
      <w:r>
        <w:t>: ______________________________</w:t>
      </w:r>
    </w:p>
    <w:p w:rsidR="00E05F6D" w:rsidRDefault="00CA0E37">
      <w:proofErr w:type="spellStart"/>
      <w:r>
        <w:t>Датум</w:t>
      </w:r>
      <w:proofErr w:type="spellEnd"/>
      <w:r>
        <w:t>: __________________</w:t>
      </w:r>
    </w:p>
    <w:sectPr w:rsidR="00E05F6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D0CB0"/>
    <w:rsid w:val="000F371E"/>
    <w:rsid w:val="0015074B"/>
    <w:rsid w:val="0029639D"/>
    <w:rsid w:val="00326F90"/>
    <w:rsid w:val="003E3C36"/>
    <w:rsid w:val="00841B43"/>
    <w:rsid w:val="009A0FB9"/>
    <w:rsid w:val="00AA1D8D"/>
    <w:rsid w:val="00B47730"/>
    <w:rsid w:val="00CA0E37"/>
    <w:rsid w:val="00CB0664"/>
    <w:rsid w:val="00E05F6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Gaca</cp:lastModifiedBy>
  <cp:revision>5</cp:revision>
  <dcterms:created xsi:type="dcterms:W3CDTF">2026-08-24T07:47:00Z</dcterms:created>
  <dcterms:modified xsi:type="dcterms:W3CDTF">2026-08-24T09:50:00Z</dcterms:modified>
</cp:coreProperties>
</file>