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2EB" w:rsidRPr="000D0CB0" w:rsidRDefault="009F42EB" w:rsidP="009F42EB">
      <w:pPr>
        <w:rPr>
          <w:b/>
          <w:sz w:val="30"/>
          <w:lang/>
        </w:rPr>
      </w:pPr>
      <w:r>
        <w:rPr>
          <w:rFonts w:eastAsia="Times New Roman" w:cs="Arial"/>
          <w:lang/>
        </w:rPr>
        <w:tab/>
      </w:r>
      <w:proofErr w:type="spellStart"/>
      <w:proofErr w:type="gramStart"/>
      <w:r w:rsidRPr="00C52A00">
        <w:rPr>
          <w:rFonts w:eastAsia="Times New Roman" w:cs="Arial"/>
        </w:rPr>
        <w:t>На</w:t>
      </w:r>
      <w:proofErr w:type="spellEnd"/>
      <w:r w:rsidRPr="00C52A00">
        <w:rPr>
          <w:rFonts w:eastAsia="Times New Roman" w:cs="Arial"/>
        </w:rPr>
        <w:t xml:space="preserve"> </w:t>
      </w:r>
      <w:proofErr w:type="spellStart"/>
      <w:r w:rsidRPr="00C52A00">
        <w:rPr>
          <w:rFonts w:eastAsia="Times New Roman" w:cs="Arial"/>
        </w:rPr>
        <w:t>основу</w:t>
      </w:r>
      <w:proofErr w:type="spellEnd"/>
      <w:r w:rsidRPr="00C52A00">
        <w:rPr>
          <w:rFonts w:eastAsia="Times New Roman" w:cs="Arial"/>
        </w:rPr>
        <w:t xml:space="preserve"> </w:t>
      </w:r>
      <w:proofErr w:type="spellStart"/>
      <w:r w:rsidRPr="00C52A00">
        <w:rPr>
          <w:rFonts w:eastAsia="Times New Roman" w:cs="Arial"/>
        </w:rPr>
        <w:t>члана</w:t>
      </w:r>
      <w:proofErr w:type="spellEnd"/>
      <w:r w:rsidRPr="00C52A00">
        <w:rPr>
          <w:rFonts w:eastAsia="Times New Roman" w:cs="Arial"/>
        </w:rPr>
        <w:t xml:space="preserve"> </w:t>
      </w:r>
      <w:r w:rsidRPr="00C52A00">
        <w:rPr>
          <w:rFonts w:eastAsia="Times New Roman" w:cs="Arial"/>
          <w:color w:val="000000"/>
        </w:rPr>
        <w:t>126.</w:t>
      </w:r>
      <w:proofErr w:type="gramEnd"/>
      <w:r w:rsidRPr="00C52A00">
        <w:rPr>
          <w:rFonts w:eastAsia="Times New Roman" w:cs="Arial"/>
          <w:color w:val="000000"/>
        </w:rPr>
        <w:t xml:space="preserve"> </w:t>
      </w:r>
      <w:proofErr w:type="spellStart"/>
      <w:proofErr w:type="gramStart"/>
      <w:r w:rsidRPr="00C52A00">
        <w:rPr>
          <w:rFonts w:eastAsia="Times New Roman" w:cs="Arial"/>
          <w:color w:val="000000"/>
        </w:rPr>
        <w:t>став</w:t>
      </w:r>
      <w:proofErr w:type="spellEnd"/>
      <w:proofErr w:type="gramEnd"/>
      <w:r w:rsidRPr="00C52A00">
        <w:rPr>
          <w:rFonts w:eastAsia="Times New Roman" w:cs="Arial"/>
          <w:color w:val="000000"/>
        </w:rPr>
        <w:t xml:space="preserve"> 4. </w:t>
      </w:r>
      <w:proofErr w:type="spellStart"/>
      <w:proofErr w:type="gramStart"/>
      <w:r w:rsidRPr="00C52A00">
        <w:rPr>
          <w:rFonts w:eastAsia="Times New Roman" w:cs="Arial"/>
          <w:color w:val="000000"/>
        </w:rPr>
        <w:t>тачка</w:t>
      </w:r>
      <w:proofErr w:type="spellEnd"/>
      <w:proofErr w:type="gramEnd"/>
      <w:r w:rsidRPr="00C52A00">
        <w:rPr>
          <w:rFonts w:eastAsia="Times New Roman" w:cs="Arial"/>
          <w:color w:val="000000"/>
        </w:rPr>
        <w:t xml:space="preserve"> 18. </w:t>
      </w:r>
      <w:proofErr w:type="spellStart"/>
      <w:r w:rsidRPr="00C52A00">
        <w:rPr>
          <w:rFonts w:eastAsia="Times New Roman" w:cs="Arial"/>
          <w:color w:val="000000"/>
        </w:rPr>
        <w:t>Закона</w:t>
      </w:r>
      <w:proofErr w:type="spellEnd"/>
      <w:r w:rsidRPr="00C52A00">
        <w:rPr>
          <w:rFonts w:eastAsia="Times New Roman" w:cs="Arial"/>
          <w:color w:val="000000"/>
        </w:rPr>
        <w:t xml:space="preserve"> о </w:t>
      </w:r>
      <w:proofErr w:type="spellStart"/>
      <w:r w:rsidRPr="00C52A00">
        <w:rPr>
          <w:rFonts w:eastAsia="Times New Roman" w:cs="Arial"/>
          <w:color w:val="000000"/>
        </w:rPr>
        <w:t>основама</w:t>
      </w:r>
      <w:proofErr w:type="spellEnd"/>
      <w:r w:rsidRPr="00C52A00">
        <w:rPr>
          <w:rFonts w:eastAsia="Times New Roman" w:cs="Arial"/>
          <w:color w:val="000000"/>
        </w:rPr>
        <w:t xml:space="preserve"> </w:t>
      </w:r>
      <w:proofErr w:type="spellStart"/>
      <w:r w:rsidRPr="00C52A00">
        <w:rPr>
          <w:rFonts w:eastAsia="Times New Roman" w:cs="Arial"/>
          <w:color w:val="000000"/>
        </w:rPr>
        <w:t>система</w:t>
      </w:r>
      <w:proofErr w:type="spellEnd"/>
      <w:r w:rsidRPr="00C52A00">
        <w:rPr>
          <w:rFonts w:eastAsia="Times New Roman" w:cs="Arial"/>
          <w:color w:val="000000"/>
        </w:rPr>
        <w:t xml:space="preserve"> </w:t>
      </w:r>
      <w:proofErr w:type="spellStart"/>
      <w:r w:rsidRPr="00C52A00">
        <w:rPr>
          <w:rFonts w:eastAsia="Times New Roman" w:cs="Arial"/>
          <w:color w:val="000000"/>
        </w:rPr>
        <w:t>образовања</w:t>
      </w:r>
      <w:proofErr w:type="spellEnd"/>
      <w:r w:rsidRPr="00C52A00">
        <w:rPr>
          <w:rFonts w:eastAsia="Times New Roman" w:cs="Arial"/>
          <w:color w:val="000000"/>
        </w:rPr>
        <w:t xml:space="preserve"> и </w:t>
      </w:r>
      <w:proofErr w:type="spellStart"/>
      <w:r w:rsidRPr="00C52A00">
        <w:rPr>
          <w:rFonts w:eastAsia="Times New Roman" w:cs="Arial"/>
          <w:color w:val="000000"/>
        </w:rPr>
        <w:t>васпитања</w:t>
      </w:r>
      <w:proofErr w:type="spellEnd"/>
      <w:r w:rsidRPr="00C52A00">
        <w:rPr>
          <w:rFonts w:eastAsia="Times New Roman" w:cs="Arial"/>
          <w:color w:val="000000"/>
        </w:rPr>
        <w:t xml:space="preserve"> ("</w:t>
      </w:r>
      <w:proofErr w:type="spellStart"/>
      <w:r w:rsidRPr="00C52A00">
        <w:rPr>
          <w:rFonts w:eastAsia="Times New Roman" w:cs="Arial"/>
          <w:color w:val="000000"/>
        </w:rPr>
        <w:t>Сл</w:t>
      </w:r>
      <w:proofErr w:type="spellEnd"/>
      <w:r w:rsidRPr="00C52A00">
        <w:rPr>
          <w:rFonts w:eastAsia="Times New Roman" w:cs="Arial"/>
          <w:color w:val="000000"/>
        </w:rPr>
        <w:t xml:space="preserve">. </w:t>
      </w:r>
      <w:proofErr w:type="spellStart"/>
      <w:r w:rsidRPr="00C52A00">
        <w:rPr>
          <w:rFonts w:eastAsia="Times New Roman" w:cs="Arial"/>
          <w:color w:val="000000"/>
        </w:rPr>
        <w:t>гласник</w:t>
      </w:r>
      <w:proofErr w:type="spellEnd"/>
      <w:r w:rsidRPr="00C52A00">
        <w:rPr>
          <w:rFonts w:eastAsia="Times New Roman" w:cs="Arial"/>
          <w:color w:val="000000"/>
        </w:rPr>
        <w:t xml:space="preserve"> РС", </w:t>
      </w:r>
      <w:proofErr w:type="spellStart"/>
      <w:r w:rsidRPr="00C52A00">
        <w:rPr>
          <w:rFonts w:eastAsia="Times New Roman" w:cs="Arial"/>
          <w:color w:val="000000"/>
        </w:rPr>
        <w:t>бр</w:t>
      </w:r>
      <w:proofErr w:type="spellEnd"/>
      <w:r w:rsidRPr="00C52A00">
        <w:rPr>
          <w:rFonts w:eastAsia="Times New Roman" w:cs="Arial"/>
          <w:color w:val="000000"/>
        </w:rPr>
        <w:t xml:space="preserve">. </w:t>
      </w:r>
      <w:r w:rsidRPr="00C52A00">
        <w:rPr>
          <w:rFonts w:eastAsia="Times New Roman" w:cs="Arial"/>
        </w:rPr>
        <w:t>88/2017, 28/2018-др.закон, 10/2019</w:t>
      </w:r>
      <w:r>
        <w:rPr>
          <w:rFonts w:eastAsia="Times New Roman" w:cs="Arial"/>
        </w:rPr>
        <w:t>,</w:t>
      </w:r>
      <w:r w:rsidRPr="00C52A00">
        <w:rPr>
          <w:rFonts w:eastAsia="Times New Roman" w:cs="Arial"/>
        </w:rPr>
        <w:t xml:space="preserve"> 6/2020</w:t>
      </w:r>
      <w:proofErr w:type="gramStart"/>
      <w:r>
        <w:rPr>
          <w:rFonts w:eastAsia="Times New Roman" w:cs="Arial"/>
        </w:rPr>
        <w:t>,129</w:t>
      </w:r>
      <w:proofErr w:type="gramEnd"/>
      <w:r>
        <w:rPr>
          <w:rFonts w:eastAsia="Times New Roman" w:cs="Arial"/>
        </w:rPr>
        <w:t>/2021,92/2023,19/2025</w:t>
      </w:r>
      <w:r>
        <w:rPr>
          <w:rFonts w:eastAsia="Times New Roman" w:cs="Arial"/>
          <w:lang/>
        </w:rPr>
        <w:t>-даље Закон</w:t>
      </w:r>
      <w:r w:rsidRPr="00C52A00">
        <w:rPr>
          <w:rFonts w:eastAsia="Times New Roman" w:cs="Arial"/>
          <w:color w:val="000000"/>
        </w:rPr>
        <w:t>)</w:t>
      </w:r>
      <w:r>
        <w:rPr>
          <w:rFonts w:eastAsia="Times New Roman" w:cs="Arial"/>
          <w:color w:val="000000"/>
          <w:lang/>
        </w:rPr>
        <w:t>, члана 65. Статута ОШ „Живомир Савковић“ из Ковачевца, а у вези са одредбама Правила понашања у ОШ „Живомир Савковић“ из Ковачевца, директор школе доноси:</w:t>
      </w:r>
    </w:p>
    <w:p w:rsidR="004251F1" w:rsidRDefault="000B3488">
      <w:pPr>
        <w:jc w:val="center"/>
      </w:pPr>
      <w:r>
        <w:rPr>
          <w:b/>
          <w:sz w:val="28"/>
        </w:rPr>
        <w:t>ПРАВИЛА САРАДЊЕ И ПОНАШАЊА РОДИТЕЉА У ОСНОВНОЈ ШКОЛИ</w:t>
      </w:r>
    </w:p>
    <w:p w:rsidR="004251F1" w:rsidRDefault="000B3488">
      <w:proofErr w:type="spellStart"/>
      <w:r>
        <w:rPr>
          <w:b/>
        </w:rPr>
        <w:t>Циљ</w:t>
      </w:r>
      <w:proofErr w:type="spellEnd"/>
      <w:r>
        <w:rPr>
          <w:b/>
        </w:rPr>
        <w:t xml:space="preserve">: </w:t>
      </w:r>
      <w:proofErr w:type="spellStart"/>
      <w:r>
        <w:t>Добра</w:t>
      </w:r>
      <w:proofErr w:type="spellEnd"/>
      <w:r>
        <w:t xml:space="preserve"> </w:t>
      </w:r>
      <w:proofErr w:type="spellStart"/>
      <w:r>
        <w:t>сарадња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заснива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међусобном</w:t>
      </w:r>
      <w:proofErr w:type="spellEnd"/>
      <w:r>
        <w:t xml:space="preserve"> </w:t>
      </w:r>
      <w:proofErr w:type="spellStart"/>
      <w:r>
        <w:t>поштовању</w:t>
      </w:r>
      <w:proofErr w:type="spellEnd"/>
      <w:r>
        <w:t xml:space="preserve">, </w:t>
      </w:r>
      <w:proofErr w:type="spellStart"/>
      <w:r>
        <w:t>одговорности</w:t>
      </w:r>
      <w:proofErr w:type="spellEnd"/>
      <w:r>
        <w:t xml:space="preserve">, </w:t>
      </w:r>
      <w:proofErr w:type="spellStart"/>
      <w:r>
        <w:t>поверењу</w:t>
      </w:r>
      <w:proofErr w:type="spellEnd"/>
      <w:r>
        <w:t xml:space="preserve"> и </w:t>
      </w:r>
      <w:proofErr w:type="spellStart"/>
      <w:r>
        <w:t>комуникацији</w:t>
      </w:r>
      <w:proofErr w:type="spellEnd"/>
      <w:r>
        <w:t xml:space="preserve"> у </w:t>
      </w:r>
      <w:proofErr w:type="spellStart"/>
      <w:r>
        <w:t>најбољем</w:t>
      </w:r>
      <w:proofErr w:type="spellEnd"/>
      <w:r>
        <w:t xml:space="preserve"> </w:t>
      </w:r>
      <w:proofErr w:type="spellStart"/>
      <w:r>
        <w:t>интересу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:rsidR="004251F1" w:rsidRDefault="000B3488">
      <w:r>
        <w:rPr>
          <w:b/>
        </w:rPr>
        <w:t xml:space="preserve">1. </w:t>
      </w:r>
      <w:proofErr w:type="spellStart"/>
      <w:r>
        <w:rPr>
          <w:b/>
        </w:rPr>
        <w:t>Поштовање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запослених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ученика</w:t>
      </w:r>
      <w:proofErr w:type="spellEnd"/>
    </w:p>
    <w:p w:rsidR="004251F1" w:rsidRDefault="000B3488">
      <w:pPr>
        <w:pStyle w:val="ListBullet"/>
      </w:pPr>
      <w:proofErr w:type="spellStart"/>
      <w:r>
        <w:t>Родитељи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наставницима</w:t>
      </w:r>
      <w:proofErr w:type="spellEnd"/>
      <w:r>
        <w:t xml:space="preserve">, </w:t>
      </w:r>
      <w:proofErr w:type="spellStart"/>
      <w:r>
        <w:t>стручним</w:t>
      </w:r>
      <w:proofErr w:type="spellEnd"/>
      <w:r>
        <w:t xml:space="preserve"> </w:t>
      </w:r>
      <w:proofErr w:type="spellStart"/>
      <w:r>
        <w:t>сарадницима</w:t>
      </w:r>
      <w:proofErr w:type="spellEnd"/>
      <w:r>
        <w:t xml:space="preserve">, </w:t>
      </w:r>
      <w:proofErr w:type="spellStart"/>
      <w:r>
        <w:t>директору</w:t>
      </w:r>
      <w:proofErr w:type="spellEnd"/>
      <w:r>
        <w:t xml:space="preserve"> и </w:t>
      </w:r>
      <w:proofErr w:type="spellStart"/>
      <w:r>
        <w:t>осталим</w:t>
      </w:r>
      <w:proofErr w:type="spellEnd"/>
      <w:r>
        <w:t xml:space="preserve"> </w:t>
      </w:r>
      <w:proofErr w:type="spellStart"/>
      <w:r>
        <w:t>запосленима</w:t>
      </w:r>
      <w:proofErr w:type="spellEnd"/>
      <w:r>
        <w:t xml:space="preserve"> </w:t>
      </w:r>
      <w:proofErr w:type="spellStart"/>
      <w:r>
        <w:t>обраћају</w:t>
      </w:r>
      <w:proofErr w:type="spellEnd"/>
      <w:r>
        <w:t xml:space="preserve"> </w:t>
      </w:r>
      <w:proofErr w:type="spellStart"/>
      <w:r>
        <w:t>пристојно</w:t>
      </w:r>
      <w:proofErr w:type="spellEnd"/>
      <w:r>
        <w:t xml:space="preserve"> и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уважавањем</w:t>
      </w:r>
      <w:proofErr w:type="spellEnd"/>
      <w:r>
        <w:t>.</w:t>
      </w:r>
    </w:p>
    <w:p w:rsidR="004251F1" w:rsidRDefault="000B3488">
      <w:pPr>
        <w:pStyle w:val="ListBullet"/>
      </w:pPr>
      <w:proofErr w:type="spellStart"/>
      <w:r>
        <w:t>Нису</w:t>
      </w:r>
      <w:proofErr w:type="spellEnd"/>
      <w:r>
        <w:t xml:space="preserve"> </w:t>
      </w:r>
      <w:proofErr w:type="spellStart"/>
      <w:r>
        <w:t>дозвољени</w:t>
      </w:r>
      <w:proofErr w:type="spellEnd"/>
      <w:r>
        <w:t xml:space="preserve"> </w:t>
      </w:r>
      <w:proofErr w:type="spellStart"/>
      <w:r>
        <w:t>вређање</w:t>
      </w:r>
      <w:proofErr w:type="spellEnd"/>
      <w:r>
        <w:t xml:space="preserve">, </w:t>
      </w:r>
      <w:proofErr w:type="spellStart"/>
      <w:r>
        <w:t>омаловажавање</w:t>
      </w:r>
      <w:proofErr w:type="spellEnd"/>
      <w:r>
        <w:t xml:space="preserve">, </w:t>
      </w:r>
      <w:proofErr w:type="spellStart"/>
      <w:r>
        <w:t>претње</w:t>
      </w:r>
      <w:proofErr w:type="spellEnd"/>
      <w:r>
        <w:t xml:space="preserve">, </w:t>
      </w:r>
      <w:proofErr w:type="spellStart"/>
      <w:r>
        <w:t>повишен</w:t>
      </w:r>
      <w:proofErr w:type="spellEnd"/>
      <w:r>
        <w:t xml:space="preserve"> </w:t>
      </w:r>
      <w:proofErr w:type="spellStart"/>
      <w:r>
        <w:t>тон</w:t>
      </w:r>
      <w:proofErr w:type="spellEnd"/>
      <w:r>
        <w:t xml:space="preserve"> и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облик</w:t>
      </w:r>
      <w:proofErr w:type="spellEnd"/>
      <w:r>
        <w:t xml:space="preserve"> </w:t>
      </w:r>
      <w:proofErr w:type="spellStart"/>
      <w:r>
        <w:t>агресивног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>.</w:t>
      </w:r>
    </w:p>
    <w:p w:rsidR="004251F1" w:rsidRDefault="000B3488">
      <w:pPr>
        <w:pStyle w:val="ListBullet"/>
      </w:pPr>
      <w:proofErr w:type="spellStart"/>
      <w:r>
        <w:t>Родитељи</w:t>
      </w:r>
      <w:proofErr w:type="spellEnd"/>
      <w:r>
        <w:t xml:space="preserve"> </w:t>
      </w:r>
      <w:proofErr w:type="spellStart"/>
      <w:r>
        <w:t>поштују</w:t>
      </w:r>
      <w:proofErr w:type="spellEnd"/>
      <w:r>
        <w:t xml:space="preserve"> </w:t>
      </w:r>
      <w:proofErr w:type="spellStart"/>
      <w:r>
        <w:t>достојанство</w:t>
      </w:r>
      <w:proofErr w:type="spellEnd"/>
      <w:r>
        <w:t xml:space="preserve"> и </w:t>
      </w:r>
      <w:proofErr w:type="spellStart"/>
      <w:r>
        <w:t>приватност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:rsidR="004251F1" w:rsidRDefault="000B3488">
      <w:r>
        <w:rPr>
          <w:b/>
        </w:rPr>
        <w:t xml:space="preserve">2. </w:t>
      </w:r>
      <w:proofErr w:type="spellStart"/>
      <w:r>
        <w:rPr>
          <w:b/>
        </w:rPr>
        <w:t>Комуникација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школом</w:t>
      </w:r>
      <w:proofErr w:type="spellEnd"/>
    </w:p>
    <w:p w:rsidR="004251F1" w:rsidRDefault="000B3488">
      <w:pPr>
        <w:pStyle w:val="ListBullet"/>
      </w:pPr>
      <w:proofErr w:type="spellStart"/>
      <w:r>
        <w:t>Родитељи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 и </w:t>
      </w:r>
      <w:proofErr w:type="spellStart"/>
      <w:r>
        <w:t>проблеме</w:t>
      </w:r>
      <w:proofErr w:type="spellEnd"/>
      <w:r>
        <w:t xml:space="preserve"> </w:t>
      </w:r>
      <w:proofErr w:type="spellStart"/>
      <w:r>
        <w:t>најпре</w:t>
      </w:r>
      <w:proofErr w:type="spellEnd"/>
      <w:r>
        <w:t xml:space="preserve"> </w:t>
      </w:r>
      <w:proofErr w:type="spellStart"/>
      <w:r>
        <w:t>обраћају</w:t>
      </w:r>
      <w:proofErr w:type="spellEnd"/>
      <w:r>
        <w:t xml:space="preserve"> </w:t>
      </w:r>
      <w:proofErr w:type="spellStart"/>
      <w:r>
        <w:t>предметном</w:t>
      </w:r>
      <w:proofErr w:type="spellEnd"/>
      <w:r>
        <w:t xml:space="preserve"> </w:t>
      </w:r>
      <w:proofErr w:type="spellStart"/>
      <w:r>
        <w:t>наставнику</w:t>
      </w:r>
      <w:proofErr w:type="spellEnd"/>
      <w:r>
        <w:t xml:space="preserve">, </w:t>
      </w:r>
      <w:proofErr w:type="spellStart"/>
      <w:r>
        <w:t>одељењском</w:t>
      </w:r>
      <w:proofErr w:type="spellEnd"/>
      <w:r>
        <w:t xml:space="preserve"> </w:t>
      </w:r>
      <w:proofErr w:type="spellStart"/>
      <w:r>
        <w:t>старешини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стручном</w:t>
      </w:r>
      <w:proofErr w:type="spellEnd"/>
      <w:r>
        <w:t xml:space="preserve"> </w:t>
      </w:r>
      <w:proofErr w:type="spellStart"/>
      <w:r>
        <w:t>сараднику</w:t>
      </w:r>
      <w:proofErr w:type="spellEnd"/>
      <w:r>
        <w:t xml:space="preserve">, у </w:t>
      </w:r>
      <w:proofErr w:type="spellStart"/>
      <w:r>
        <w:t>зависности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проблема</w:t>
      </w:r>
      <w:proofErr w:type="spellEnd"/>
      <w:r>
        <w:t>.</w:t>
      </w:r>
    </w:p>
    <w:p w:rsidR="004251F1" w:rsidRDefault="000B3488">
      <w:pPr>
        <w:pStyle w:val="ListBullet"/>
      </w:pPr>
      <w:proofErr w:type="spellStart"/>
      <w:r>
        <w:t>Разговори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запосленима</w:t>
      </w:r>
      <w:proofErr w:type="spellEnd"/>
      <w:r>
        <w:t xml:space="preserve"> </w:t>
      </w:r>
      <w:proofErr w:type="spellStart"/>
      <w:r>
        <w:t>обављају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договореном</w:t>
      </w:r>
      <w:proofErr w:type="spellEnd"/>
      <w:r>
        <w:t xml:space="preserve"> </w:t>
      </w:r>
      <w:proofErr w:type="spellStart"/>
      <w:r>
        <w:t>термину</w:t>
      </w:r>
      <w:proofErr w:type="spellEnd"/>
      <w:r>
        <w:t xml:space="preserve">, а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током</w:t>
      </w:r>
      <w:proofErr w:type="spellEnd"/>
      <w:r>
        <w:t xml:space="preserve"> </w:t>
      </w:r>
      <w:proofErr w:type="spellStart"/>
      <w:r>
        <w:t>часа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непосредно</w:t>
      </w:r>
      <w:proofErr w:type="spellEnd"/>
      <w:r>
        <w:t xml:space="preserve">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>.</w:t>
      </w:r>
    </w:p>
    <w:p w:rsidR="004251F1" w:rsidRDefault="000B3488">
      <w:pPr>
        <w:pStyle w:val="ListBullet"/>
      </w:pPr>
      <w:proofErr w:type="spellStart"/>
      <w:r>
        <w:t>Родитељи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ометају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и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ненајављеним</w:t>
      </w:r>
      <w:proofErr w:type="spellEnd"/>
      <w:r>
        <w:t xml:space="preserve"> </w:t>
      </w:r>
      <w:proofErr w:type="spellStart"/>
      <w:r>
        <w:t>доласцима</w:t>
      </w:r>
      <w:proofErr w:type="spellEnd"/>
      <w:r>
        <w:t>.</w:t>
      </w:r>
    </w:p>
    <w:p w:rsidR="004251F1" w:rsidRDefault="000B3488">
      <w:pPr>
        <w:pStyle w:val="ListBullet"/>
      </w:pPr>
      <w:proofErr w:type="spellStart"/>
      <w:r>
        <w:t>Неспоразуми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решавају</w:t>
      </w:r>
      <w:proofErr w:type="spellEnd"/>
      <w:r>
        <w:t xml:space="preserve"> </w:t>
      </w:r>
      <w:proofErr w:type="spellStart"/>
      <w:r>
        <w:t>разговором</w:t>
      </w:r>
      <w:proofErr w:type="spellEnd"/>
      <w:r>
        <w:t xml:space="preserve"> и </w:t>
      </w:r>
      <w:proofErr w:type="spellStart"/>
      <w:r>
        <w:t>кроз</w:t>
      </w:r>
      <w:proofErr w:type="spellEnd"/>
      <w:r>
        <w:t xml:space="preserve"> </w:t>
      </w:r>
      <w:proofErr w:type="spellStart"/>
      <w:r>
        <w:t>предвиђене</w:t>
      </w:r>
      <w:proofErr w:type="spellEnd"/>
      <w:r>
        <w:t xml:space="preserve"> </w:t>
      </w:r>
      <w:proofErr w:type="spellStart"/>
      <w:r>
        <w:t>процедуре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:rsidR="004251F1" w:rsidRDefault="000B3488">
      <w:r>
        <w:rPr>
          <w:b/>
        </w:rPr>
        <w:t xml:space="preserve">3. </w:t>
      </w:r>
      <w:proofErr w:type="spellStart"/>
      <w:r>
        <w:rPr>
          <w:b/>
        </w:rPr>
        <w:t>Сарадња</w:t>
      </w:r>
      <w:proofErr w:type="spellEnd"/>
      <w:r>
        <w:rPr>
          <w:b/>
        </w:rPr>
        <w:t xml:space="preserve"> у </w:t>
      </w:r>
      <w:proofErr w:type="spellStart"/>
      <w:r>
        <w:rPr>
          <w:b/>
        </w:rPr>
        <w:t>интересу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ученика</w:t>
      </w:r>
      <w:proofErr w:type="spellEnd"/>
    </w:p>
    <w:p w:rsidR="004251F1" w:rsidRDefault="000B3488">
      <w:pPr>
        <w:pStyle w:val="ListBullet"/>
      </w:pPr>
      <w:proofErr w:type="spellStart"/>
      <w:r>
        <w:t>Родитељ</w:t>
      </w:r>
      <w:proofErr w:type="spellEnd"/>
      <w:r>
        <w:t xml:space="preserve"> </w:t>
      </w:r>
      <w:proofErr w:type="spellStart"/>
      <w:r>
        <w:t>правовремено</w:t>
      </w:r>
      <w:proofErr w:type="spellEnd"/>
      <w: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 xml:space="preserve"> о </w:t>
      </w:r>
      <w:proofErr w:type="spellStart"/>
      <w:r>
        <w:t>околностима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значајне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, </w:t>
      </w:r>
      <w:proofErr w:type="spellStart"/>
      <w:r>
        <w:t>понашање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>.</w:t>
      </w:r>
    </w:p>
    <w:p w:rsidR="004251F1" w:rsidRDefault="000B3488">
      <w:pPr>
        <w:pStyle w:val="ListBullet"/>
      </w:pPr>
      <w:proofErr w:type="spellStart"/>
      <w:r>
        <w:t>Родитељ</w:t>
      </w:r>
      <w:proofErr w:type="spellEnd"/>
      <w:r>
        <w:t xml:space="preserve"> </w:t>
      </w:r>
      <w:proofErr w:type="spellStart"/>
      <w:r>
        <w:t>прати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и </w:t>
      </w:r>
      <w:proofErr w:type="spellStart"/>
      <w:r>
        <w:t>напредовање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сарађује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школом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појави</w:t>
      </w:r>
      <w:proofErr w:type="spellEnd"/>
      <w:r>
        <w:t xml:space="preserve"> </w:t>
      </w:r>
      <w:proofErr w:type="spellStart"/>
      <w:r>
        <w:t>проблем</w:t>
      </w:r>
      <w:proofErr w:type="spellEnd"/>
      <w:r>
        <w:t>.</w:t>
      </w:r>
    </w:p>
    <w:p w:rsidR="004251F1" w:rsidRDefault="000B3488">
      <w:pPr>
        <w:pStyle w:val="ListBullet"/>
      </w:pPr>
      <w:proofErr w:type="spellStart"/>
      <w:r>
        <w:t>Родитељ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оправдава</w:t>
      </w:r>
      <w:proofErr w:type="spellEnd"/>
      <w:r>
        <w:t xml:space="preserve"> </w:t>
      </w:r>
      <w:proofErr w:type="spellStart"/>
      <w:r>
        <w:t>непримерено</w:t>
      </w:r>
      <w:proofErr w:type="spellEnd"/>
      <w:r>
        <w:t xml:space="preserve"> </w:t>
      </w:r>
      <w:proofErr w:type="spellStart"/>
      <w:r>
        <w:t>понашање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, </w:t>
      </w:r>
      <w:proofErr w:type="spellStart"/>
      <w:r>
        <w:t>већ</w:t>
      </w:r>
      <w:proofErr w:type="spellEnd"/>
      <w:r>
        <w:t xml:space="preserve"> </w:t>
      </w:r>
      <w:proofErr w:type="spellStart"/>
      <w:r>
        <w:t>заједно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школом</w:t>
      </w:r>
      <w:proofErr w:type="spellEnd"/>
      <w:r>
        <w:t xml:space="preserve"> </w:t>
      </w:r>
      <w:proofErr w:type="spellStart"/>
      <w:r>
        <w:t>тражи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>.</w:t>
      </w:r>
    </w:p>
    <w:p w:rsidR="004251F1" w:rsidRDefault="000B3488">
      <w:pPr>
        <w:pStyle w:val="ListBulle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треба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добија</w:t>
      </w:r>
      <w:proofErr w:type="spellEnd"/>
      <w:r>
        <w:t xml:space="preserve"> </w:t>
      </w:r>
      <w:proofErr w:type="spellStart"/>
      <w:r>
        <w:t>поруку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одрасли</w:t>
      </w:r>
      <w:proofErr w:type="spellEnd"/>
      <w:r>
        <w:t xml:space="preserve"> </w:t>
      </w:r>
      <w:proofErr w:type="spellStart"/>
      <w:r>
        <w:t>партнери</w:t>
      </w:r>
      <w:proofErr w:type="spellEnd"/>
      <w:r>
        <w:t xml:space="preserve"> у </w:t>
      </w:r>
      <w:proofErr w:type="spellStart"/>
      <w:r>
        <w:t>његовом</w:t>
      </w:r>
      <w:proofErr w:type="spellEnd"/>
      <w:r>
        <w:t xml:space="preserve"> </w:t>
      </w:r>
      <w:proofErr w:type="spellStart"/>
      <w:r>
        <w:t>развоју</w:t>
      </w:r>
      <w:proofErr w:type="spellEnd"/>
      <w:r>
        <w:t>.</w:t>
      </w:r>
    </w:p>
    <w:p w:rsidR="004251F1" w:rsidRDefault="000B3488">
      <w:r>
        <w:rPr>
          <w:b/>
        </w:rPr>
        <w:t xml:space="preserve">4. </w:t>
      </w:r>
      <w:proofErr w:type="spellStart"/>
      <w:r>
        <w:rPr>
          <w:b/>
        </w:rPr>
        <w:t>Долазак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боравак</w:t>
      </w:r>
      <w:proofErr w:type="spellEnd"/>
      <w:r>
        <w:rPr>
          <w:b/>
        </w:rPr>
        <w:t xml:space="preserve"> у </w:t>
      </w:r>
      <w:proofErr w:type="spellStart"/>
      <w:r>
        <w:rPr>
          <w:b/>
        </w:rPr>
        <w:t>школи</w:t>
      </w:r>
      <w:proofErr w:type="spellEnd"/>
    </w:p>
    <w:p w:rsidR="004251F1" w:rsidRDefault="000B3488">
      <w:pPr>
        <w:pStyle w:val="ListBullet"/>
      </w:pPr>
      <w:proofErr w:type="spellStart"/>
      <w:r>
        <w:t>Родитељи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приликом</w:t>
      </w:r>
      <w:proofErr w:type="spellEnd"/>
      <w:r>
        <w:t xml:space="preserve"> </w:t>
      </w:r>
      <w:proofErr w:type="spellStart"/>
      <w:r>
        <w:t>доласка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пријављују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правилима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:rsidR="004251F1" w:rsidRDefault="000B3488">
      <w:pPr>
        <w:pStyle w:val="ListBullet"/>
      </w:pPr>
      <w:proofErr w:type="spellStart"/>
      <w:r>
        <w:t>Није</w:t>
      </w:r>
      <w:proofErr w:type="spellEnd"/>
      <w:r>
        <w:t xml:space="preserve"> </w:t>
      </w:r>
      <w:proofErr w:type="spellStart"/>
      <w:r>
        <w:t>дозвољено</w:t>
      </w:r>
      <w:proofErr w:type="spellEnd"/>
      <w:r>
        <w:t xml:space="preserve"> </w:t>
      </w:r>
      <w:proofErr w:type="spellStart"/>
      <w:r>
        <w:t>самовољно</w:t>
      </w:r>
      <w:proofErr w:type="spellEnd"/>
      <w:r>
        <w:t xml:space="preserve"> </w:t>
      </w:r>
      <w:proofErr w:type="spellStart"/>
      <w:r>
        <w:t>кретање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учионицама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просторима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:rsidR="004251F1" w:rsidRDefault="000B3488">
      <w:pPr>
        <w:pStyle w:val="ListBullet"/>
      </w:pPr>
      <w:proofErr w:type="spellStart"/>
      <w:r>
        <w:t>Родитељи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улазе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час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претходног</w:t>
      </w:r>
      <w:proofErr w:type="spellEnd"/>
      <w:r>
        <w:t xml:space="preserve"> </w:t>
      </w:r>
      <w:proofErr w:type="spellStart"/>
      <w:r>
        <w:t>договора</w:t>
      </w:r>
      <w:proofErr w:type="spellEnd"/>
      <w:r>
        <w:t xml:space="preserve"> и </w:t>
      </w:r>
      <w:proofErr w:type="spellStart"/>
      <w:r>
        <w:t>одобрења</w:t>
      </w:r>
      <w:proofErr w:type="spellEnd"/>
      <w:r>
        <w:t>.</w:t>
      </w:r>
    </w:p>
    <w:p w:rsidR="004251F1" w:rsidRDefault="000B3488">
      <w:pPr>
        <w:pStyle w:val="ListBullet"/>
      </w:pPr>
      <w:proofErr w:type="spellStart"/>
      <w:r>
        <w:lastRenderedPageBreak/>
        <w:t>Родитељ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долази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дете</w:t>
      </w:r>
      <w:proofErr w:type="spellEnd"/>
      <w:r>
        <w:t xml:space="preserve"> </w:t>
      </w:r>
      <w:proofErr w:type="spellStart"/>
      <w:r>
        <w:t>поступа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процедурама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:rsidR="004251F1" w:rsidRDefault="000B3488">
      <w:r>
        <w:rPr>
          <w:b/>
        </w:rPr>
        <w:t xml:space="preserve">5. </w:t>
      </w:r>
      <w:proofErr w:type="spellStart"/>
      <w:r>
        <w:rPr>
          <w:b/>
        </w:rPr>
        <w:t>Безбедност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ученика</w:t>
      </w:r>
      <w:proofErr w:type="spellEnd"/>
    </w:p>
    <w:p w:rsidR="004251F1" w:rsidRDefault="000B3488">
      <w:pPr>
        <w:pStyle w:val="ListBullet"/>
      </w:pPr>
      <w:proofErr w:type="spellStart"/>
      <w:r>
        <w:t>Родитељи</w:t>
      </w:r>
      <w:proofErr w:type="spellEnd"/>
      <w:r>
        <w:t xml:space="preserve"> </w:t>
      </w:r>
      <w:proofErr w:type="spellStart"/>
      <w:r>
        <w:t>поштују</w:t>
      </w:r>
      <w:proofErr w:type="spellEnd"/>
      <w:r>
        <w:t xml:space="preserve"> </w:t>
      </w:r>
      <w:proofErr w:type="spellStart"/>
      <w:r>
        <w:t>сва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односе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:rsidR="004251F1" w:rsidRDefault="000B3488">
      <w:pPr>
        <w:pStyle w:val="ListBullet"/>
      </w:pPr>
      <w:proofErr w:type="spellStart"/>
      <w:r>
        <w:t>Није</w:t>
      </w:r>
      <w:proofErr w:type="spellEnd"/>
      <w:r>
        <w:t xml:space="preserve"> </w:t>
      </w:r>
      <w:proofErr w:type="spellStart"/>
      <w:r>
        <w:t>дозвољено</w:t>
      </w:r>
      <w:proofErr w:type="spellEnd"/>
      <w:r>
        <w:t xml:space="preserve"> </w:t>
      </w:r>
      <w:proofErr w:type="spellStart"/>
      <w:r>
        <w:t>уношење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материјала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могла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угрожена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запослених</w:t>
      </w:r>
      <w:proofErr w:type="spellEnd"/>
      <w:r>
        <w:t>.</w:t>
      </w:r>
    </w:p>
    <w:p w:rsidR="004251F1" w:rsidRDefault="000B3488">
      <w:pPr>
        <w:pStyle w:val="ListBullet"/>
      </w:pPr>
      <w:proofErr w:type="spellStart"/>
      <w:r>
        <w:t>Родитељи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решавају</w:t>
      </w:r>
      <w:proofErr w:type="spellEnd"/>
      <w:r>
        <w:t xml:space="preserve"> </w:t>
      </w:r>
      <w:proofErr w:type="spellStart"/>
      <w:r>
        <w:t>међусобне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дечје</w:t>
      </w:r>
      <w:proofErr w:type="spellEnd"/>
      <w:r>
        <w:t xml:space="preserve"> </w:t>
      </w:r>
      <w:proofErr w:type="spellStart"/>
      <w:r>
        <w:t>сукобе</w:t>
      </w:r>
      <w:proofErr w:type="spellEnd"/>
      <w:r>
        <w:t xml:space="preserve"> </w:t>
      </w:r>
      <w:proofErr w:type="spellStart"/>
      <w:r>
        <w:t>директним</w:t>
      </w:r>
      <w:proofErr w:type="spellEnd"/>
      <w:r>
        <w:t xml:space="preserve"> </w:t>
      </w:r>
      <w:proofErr w:type="spellStart"/>
      <w:r>
        <w:t>обрачуном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учеником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његовим</w:t>
      </w:r>
      <w:proofErr w:type="spellEnd"/>
      <w:r>
        <w:t xml:space="preserve"> </w:t>
      </w:r>
      <w:proofErr w:type="spellStart"/>
      <w:r>
        <w:t>родитељем</w:t>
      </w:r>
      <w:proofErr w:type="spellEnd"/>
      <w:r>
        <w:t xml:space="preserve"> у </w:t>
      </w:r>
      <w:proofErr w:type="spellStart"/>
      <w:r>
        <w:t>просторијама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:rsidR="004251F1" w:rsidRDefault="000B3488">
      <w:r>
        <w:rPr>
          <w:b/>
        </w:rPr>
        <w:t xml:space="preserve">6. </w:t>
      </w:r>
      <w:proofErr w:type="spellStart"/>
      <w:r>
        <w:rPr>
          <w:b/>
        </w:rPr>
        <w:t>Фотографисање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друштвене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мреже</w:t>
      </w:r>
      <w:proofErr w:type="spellEnd"/>
    </w:p>
    <w:p w:rsidR="004251F1" w:rsidRDefault="000B3488">
      <w:pPr>
        <w:pStyle w:val="ListBullet"/>
      </w:pPr>
      <w:proofErr w:type="spellStart"/>
      <w:r>
        <w:t>Родитељи</w:t>
      </w:r>
      <w:proofErr w:type="spellEnd"/>
      <w:r>
        <w:t xml:space="preserve"> </w:t>
      </w:r>
      <w:proofErr w:type="spellStart"/>
      <w:r>
        <w:t>поштују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приватност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запослених</w:t>
      </w:r>
      <w:proofErr w:type="spellEnd"/>
      <w:r>
        <w:t>.</w:t>
      </w:r>
    </w:p>
    <w:p w:rsidR="004251F1" w:rsidRDefault="000B3488">
      <w:pPr>
        <w:pStyle w:val="ListBullet"/>
      </w:pPr>
      <w:proofErr w:type="spellStart"/>
      <w:r>
        <w:t>Фотографије</w:t>
      </w:r>
      <w:proofErr w:type="spellEnd"/>
      <w:r>
        <w:t xml:space="preserve">, </w:t>
      </w:r>
      <w:proofErr w:type="spellStart"/>
      <w:r>
        <w:t>видео-записи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информације</w:t>
      </w:r>
      <w:proofErr w:type="spellEnd"/>
      <w:r>
        <w:t xml:space="preserve"> </w:t>
      </w:r>
      <w:proofErr w:type="spellStart"/>
      <w:r>
        <w:t>настале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објављују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друштвеним</w:t>
      </w:r>
      <w:proofErr w:type="spellEnd"/>
      <w:r>
        <w:t xml:space="preserve"> </w:t>
      </w:r>
      <w:proofErr w:type="spellStart"/>
      <w:r>
        <w:t>мрежама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одговарајуће</w:t>
      </w:r>
      <w:proofErr w:type="spellEnd"/>
      <w:r>
        <w:t xml:space="preserve"> </w:t>
      </w:r>
      <w:proofErr w:type="spellStart"/>
      <w:r>
        <w:t>сагласности</w:t>
      </w:r>
      <w:proofErr w:type="spellEnd"/>
      <w:r>
        <w:t>.</w:t>
      </w:r>
    </w:p>
    <w:p w:rsidR="004251F1" w:rsidRDefault="000B3488">
      <w:pPr>
        <w:pStyle w:val="ListBullet"/>
      </w:pPr>
      <w:proofErr w:type="spellStart"/>
      <w:r>
        <w:t>Проблеми</w:t>
      </w:r>
      <w:proofErr w:type="spellEnd"/>
      <w:r>
        <w:t xml:space="preserve"> и </w:t>
      </w:r>
      <w:proofErr w:type="spellStart"/>
      <w:r>
        <w:t>неспоразуми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школом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решавају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јавним</w:t>
      </w:r>
      <w:proofErr w:type="spellEnd"/>
      <w:r>
        <w:t xml:space="preserve"> </w:t>
      </w:r>
      <w:proofErr w:type="spellStart"/>
      <w:r>
        <w:t>прозивањем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друштвеним</w:t>
      </w:r>
      <w:proofErr w:type="spellEnd"/>
      <w:r>
        <w:t xml:space="preserve"> </w:t>
      </w:r>
      <w:proofErr w:type="spellStart"/>
      <w:r>
        <w:t>мрежама</w:t>
      </w:r>
      <w:proofErr w:type="spellEnd"/>
      <w:r>
        <w:t>.</w:t>
      </w:r>
    </w:p>
    <w:p w:rsidR="004251F1" w:rsidRDefault="000B3488">
      <w:r>
        <w:rPr>
          <w:b/>
        </w:rPr>
        <w:t xml:space="preserve">7. </w:t>
      </w:r>
      <w:proofErr w:type="spellStart"/>
      <w:r>
        <w:rPr>
          <w:b/>
        </w:rPr>
        <w:t>Одговорност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родитеља</w:t>
      </w:r>
      <w:proofErr w:type="spellEnd"/>
    </w:p>
    <w:p w:rsidR="004251F1" w:rsidRDefault="000B3488">
      <w:pPr>
        <w:pStyle w:val="ListBullet"/>
      </w:pPr>
      <w:proofErr w:type="spellStart"/>
      <w:r>
        <w:t>Родитељ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партнер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 у </w:t>
      </w:r>
      <w:proofErr w:type="spellStart"/>
      <w:r>
        <w:t>остваривању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, </w:t>
      </w:r>
      <w:proofErr w:type="spellStart"/>
      <w:r>
        <w:t>али</w:t>
      </w:r>
      <w:proofErr w:type="spellEnd"/>
      <w:r>
        <w:t xml:space="preserve"> и у </w:t>
      </w:r>
      <w:proofErr w:type="spellStart"/>
      <w:r>
        <w:t>развијању</w:t>
      </w:r>
      <w:proofErr w:type="spellEnd"/>
      <w:r>
        <w:t xml:space="preserve"> </w:t>
      </w:r>
      <w:proofErr w:type="spellStart"/>
      <w:r>
        <w:t>његових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, </w:t>
      </w:r>
      <w:proofErr w:type="spellStart"/>
      <w:r>
        <w:t>одговорности</w:t>
      </w:r>
      <w:proofErr w:type="spellEnd"/>
      <w:r>
        <w:t xml:space="preserve"> и </w:t>
      </w:r>
      <w:proofErr w:type="spellStart"/>
      <w:r>
        <w:t>поштовања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>.</w:t>
      </w:r>
    </w:p>
    <w:p w:rsidR="004251F1" w:rsidRDefault="000B3488">
      <w:r>
        <w:rPr>
          <w:b/>
        </w:rPr>
        <w:t xml:space="preserve">ВАЖНО: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саслушати</w:t>
      </w:r>
      <w:proofErr w:type="spellEnd"/>
      <w:r>
        <w:t xml:space="preserve"> </w:t>
      </w:r>
      <w:proofErr w:type="spellStart"/>
      <w:r>
        <w:t>сваки</w:t>
      </w:r>
      <w:proofErr w:type="spellEnd"/>
      <w:r>
        <w:t xml:space="preserve"> </w:t>
      </w:r>
      <w:proofErr w:type="spellStart"/>
      <w:r>
        <w:t>оправдан</w:t>
      </w:r>
      <w:proofErr w:type="spellEnd"/>
      <w:r>
        <w:t xml:space="preserve"> </w:t>
      </w:r>
      <w:proofErr w:type="spellStart"/>
      <w:r>
        <w:t>приговор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. </w:t>
      </w:r>
      <w:proofErr w:type="spellStart"/>
      <w:proofErr w:type="gramStart"/>
      <w:r>
        <w:t>Истовремено</w:t>
      </w:r>
      <w:proofErr w:type="spellEnd"/>
      <w:r>
        <w:t xml:space="preserve">, </w:t>
      </w:r>
      <w:proofErr w:type="spellStart"/>
      <w:r>
        <w:t>очекује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приговори</w:t>
      </w:r>
      <w:proofErr w:type="spellEnd"/>
      <w:r>
        <w:t xml:space="preserve"> </w:t>
      </w:r>
      <w:proofErr w:type="spellStart"/>
      <w:r>
        <w:t>износе</w:t>
      </w:r>
      <w:proofErr w:type="spellEnd"/>
      <w:r>
        <w:t xml:space="preserve"> </w:t>
      </w:r>
      <w:proofErr w:type="spellStart"/>
      <w:r>
        <w:t>аргументовано</w:t>
      </w:r>
      <w:proofErr w:type="spellEnd"/>
      <w:r>
        <w:t xml:space="preserve">, </w:t>
      </w:r>
      <w:proofErr w:type="spellStart"/>
      <w:r>
        <w:t>пристојно</w:t>
      </w:r>
      <w:proofErr w:type="spellEnd"/>
      <w:r>
        <w:t xml:space="preserve"> и </w:t>
      </w:r>
      <w:proofErr w:type="spellStart"/>
      <w:r>
        <w:t>кроз</w:t>
      </w:r>
      <w:proofErr w:type="spellEnd"/>
      <w:r>
        <w:t xml:space="preserve"> </w:t>
      </w:r>
      <w:proofErr w:type="spellStart"/>
      <w:r>
        <w:t>одговарајуће</w:t>
      </w:r>
      <w:proofErr w:type="spellEnd"/>
      <w:r>
        <w:t xml:space="preserve"> </w:t>
      </w:r>
      <w:proofErr w:type="spellStart"/>
      <w:r>
        <w:t>канале</w:t>
      </w:r>
      <w:proofErr w:type="spellEnd"/>
      <w:r>
        <w:t xml:space="preserve"> </w:t>
      </w:r>
      <w:proofErr w:type="spellStart"/>
      <w:r>
        <w:t>комуникације</w:t>
      </w:r>
      <w:proofErr w:type="spellEnd"/>
      <w:r>
        <w:t>.</w:t>
      </w:r>
      <w:proofErr w:type="gramEnd"/>
    </w:p>
    <w:p w:rsidR="004251F1" w:rsidRDefault="000B3488">
      <w:pPr>
        <w:jc w:val="center"/>
      </w:pPr>
      <w:proofErr w:type="spellStart"/>
      <w:r>
        <w:rPr>
          <w:b/>
        </w:rPr>
        <w:t>Заједнички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циљ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школе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родитеља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није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утврдимо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је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крив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већ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пронађемо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најбоље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решење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дете</w:t>
      </w:r>
      <w:proofErr w:type="spellEnd"/>
      <w:r>
        <w:rPr>
          <w:b/>
        </w:rPr>
        <w:t>.</w:t>
      </w:r>
    </w:p>
    <w:p w:rsidR="004251F1" w:rsidRDefault="000B3488">
      <w:pPr>
        <w:rPr>
          <w:lang/>
        </w:rPr>
      </w:pPr>
      <w:r>
        <w:br/>
      </w:r>
      <w:r w:rsidR="009F42EB">
        <w:rPr>
          <w:lang/>
        </w:rPr>
        <w:tab/>
      </w:r>
      <w:proofErr w:type="spellStart"/>
      <w:proofErr w:type="gramStart"/>
      <w:r>
        <w:t>Ова</w:t>
      </w:r>
      <w:proofErr w:type="spellEnd"/>
      <w:r>
        <w:t xml:space="preserve"> </w:t>
      </w:r>
      <w:r w:rsidR="009F42EB">
        <w:rPr>
          <w:lang/>
        </w:rPr>
        <w:t>П</w:t>
      </w:r>
      <w:proofErr w:type="spellStart"/>
      <w:r>
        <w:t>равила</w:t>
      </w:r>
      <w:proofErr w:type="spellEnd"/>
      <w:r>
        <w:t xml:space="preserve"> </w:t>
      </w:r>
      <w:proofErr w:type="spellStart"/>
      <w:r>
        <w:t>примењују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r w:rsidR="009F42EB">
        <w:rPr>
          <w:lang/>
        </w:rPr>
        <w:t>З</w:t>
      </w:r>
      <w:proofErr w:type="spellStart"/>
      <w:r w:rsidR="009F42EB">
        <w:t>аконом</w:t>
      </w:r>
      <w:proofErr w:type="spellEnd"/>
      <w:r w:rsidR="009F42EB">
        <w:t xml:space="preserve">, </w:t>
      </w:r>
      <w:r w:rsidR="009F42EB">
        <w:rPr>
          <w:lang/>
        </w:rPr>
        <w:t>С</w:t>
      </w:r>
      <w:proofErr w:type="spellStart"/>
      <w:r>
        <w:t>татутом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r w:rsidR="009F42EB">
        <w:rPr>
          <w:lang/>
        </w:rPr>
        <w:t>П</w:t>
      </w:r>
      <w:proofErr w:type="spellStart"/>
      <w:r>
        <w:t>равилима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актима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  <w:proofErr w:type="gramEnd"/>
    </w:p>
    <w:p w:rsidR="009F42EB" w:rsidRDefault="009F42EB">
      <w:pPr>
        <w:rPr>
          <w:lang/>
        </w:rPr>
      </w:pPr>
    </w:p>
    <w:p w:rsidR="009F42EB" w:rsidRDefault="009F42EB" w:rsidP="009F42EB"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: ______________________________</w:t>
      </w:r>
    </w:p>
    <w:p w:rsidR="009F42EB" w:rsidRDefault="009F42EB" w:rsidP="009F42EB">
      <w:proofErr w:type="spellStart"/>
      <w:r>
        <w:t>Датум</w:t>
      </w:r>
      <w:proofErr w:type="spellEnd"/>
      <w:r>
        <w:t>: __________________</w:t>
      </w:r>
    </w:p>
    <w:p w:rsidR="009F42EB" w:rsidRPr="009F42EB" w:rsidRDefault="009F42EB">
      <w:pPr>
        <w:rPr>
          <w:lang/>
        </w:rPr>
      </w:pPr>
    </w:p>
    <w:sectPr w:rsidR="009F42EB" w:rsidRPr="009F42E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086E0B"/>
    <w:rsid w:val="000B3488"/>
    <w:rsid w:val="0015074B"/>
    <w:rsid w:val="0029639D"/>
    <w:rsid w:val="00326F90"/>
    <w:rsid w:val="004251F1"/>
    <w:rsid w:val="007D1051"/>
    <w:rsid w:val="009F42EB"/>
    <w:rsid w:val="00AA1D8D"/>
    <w:rsid w:val="00B47730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Gaca</cp:lastModifiedBy>
  <cp:revision>4</cp:revision>
  <dcterms:created xsi:type="dcterms:W3CDTF">2026-08-24T07:47:00Z</dcterms:created>
  <dcterms:modified xsi:type="dcterms:W3CDTF">2026-08-24T10:09:00Z</dcterms:modified>
</cp:coreProperties>
</file>